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A6E64" w14:textId="77777777" w:rsidR="00370E80" w:rsidRPr="00D75F33" w:rsidRDefault="00000000">
      <w:pPr>
        <w:spacing w:before="120" w:after="40"/>
        <w:jc w:val="center"/>
        <w:rPr>
          <w:rFonts w:ascii="TH Sarabun New" w:hAnsi="TH Sarabun New" w:cs="TH Sarabun New"/>
          <w:sz w:val="32"/>
          <w:szCs w:val="32"/>
        </w:rPr>
      </w:pPr>
      <w:proofErr w:type="spellStart"/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บันทึกข้อความ</w:t>
      </w:r>
      <w:proofErr w:type="spellEnd"/>
    </w:p>
    <w:p w14:paraId="5749DDA0" w14:textId="77777777" w:rsidR="00370E80" w:rsidRPr="00D75F33" w:rsidRDefault="00000000">
      <w:pPr>
        <w:spacing w:before="40" w:after="40"/>
        <w:rPr>
          <w:rFonts w:ascii="TH Sarabun New" w:hAnsi="TH Sarabun New" w:cs="TH Sarabun New"/>
          <w:sz w:val="32"/>
          <w:szCs w:val="32"/>
        </w:rPr>
      </w:pPr>
      <w:proofErr w:type="spellStart"/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ส่วนราชการ</w:t>
      </w:r>
      <w:proofErr w:type="spellEnd"/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: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กลุ่มบริหารงานวิชาการและงานทะเบียนวัดผล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โรงเรียนดงเย็นวิทยาคม</w:t>
      </w:r>
      <w:proofErr w:type="spellEnd"/>
    </w:p>
    <w:p w14:paraId="47C82129" w14:textId="77777777" w:rsidR="00370E80" w:rsidRPr="00D75F33" w:rsidRDefault="00000000">
      <w:pPr>
        <w:spacing w:before="40" w:after="40"/>
        <w:rPr>
          <w:rFonts w:ascii="TH Sarabun New" w:hAnsi="TH Sarabun New" w:cs="TH Sarabun New"/>
          <w:sz w:val="32"/>
          <w:szCs w:val="32"/>
        </w:rPr>
      </w:pPr>
      <w:proofErr w:type="spellStart"/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เรื่อง</w:t>
      </w:r>
      <w:proofErr w:type="spellEnd"/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: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แจ้งรายการและภาระงานบันทึกผลการเรียนย้อนหลังในระบบ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SGS (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ข้อมูล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ปพ</w:t>
      </w:r>
      <w:r w:rsidRPr="00D75F33">
        <w:rPr>
          <w:rFonts w:ascii="TH Sarabun New" w:hAnsi="TH Sarabun New" w:cs="TH Sarabun New"/>
          <w:sz w:val="32"/>
          <w:szCs w:val="32"/>
        </w:rPr>
        <w:t xml:space="preserve">.5)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รายบุคคล</w:t>
      </w:r>
      <w:proofErr w:type="spellEnd"/>
    </w:p>
    <w:p w14:paraId="63ACFA29" w14:textId="77777777" w:rsidR="00370E80" w:rsidRPr="00D75F33" w:rsidRDefault="00000000">
      <w:pPr>
        <w:spacing w:before="40" w:after="120"/>
        <w:rPr>
          <w:rFonts w:ascii="TH Sarabun New" w:hAnsi="TH Sarabun New" w:cs="TH Sarabun New"/>
          <w:sz w:val="32"/>
          <w:szCs w:val="32"/>
        </w:rPr>
      </w:pPr>
      <w:proofErr w:type="spellStart"/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เรียน</w:t>
      </w:r>
      <w:proofErr w:type="spellEnd"/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: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ข้าราชการครูและบุคลากรทางการศึกษา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(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ตามรายชื่อแนบท้ายใบแจ้ง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>)</w:t>
      </w:r>
    </w:p>
    <w:p w14:paraId="7E05CFAE" w14:textId="77777777" w:rsidR="00370E80" w:rsidRPr="00D75F33" w:rsidRDefault="00000000">
      <w:pPr>
        <w:spacing w:before="8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t xml:space="preserve">    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ตามที่ฝ่ายบริหารงานวิชาการและงานทะเบียนวัดผล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ได้ดำเนินการตรวจสอบความถูกต้องและบูรณาการข้อมูลผลการเรียนในระบบ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SGS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เพื่อจัดทำรายงานการประเมินตนเองของสถานศึกษา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(SAR)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และปรับปรุงระบบสถิติผลการเรียนนั้น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จากการประมวลผลข้อมูล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ปพ</w:t>
      </w:r>
      <w:r w:rsidRPr="00D75F33">
        <w:rPr>
          <w:rFonts w:ascii="TH Sarabun New" w:hAnsi="TH Sarabun New" w:cs="TH Sarabun New"/>
          <w:sz w:val="32"/>
          <w:szCs w:val="32"/>
        </w:rPr>
        <w:t xml:space="preserve">.5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ย้อนหลัง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(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2568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และ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2569)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พบว่ามีบางรายวิชาที่ยังค้างการบันทึกคะแนน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เกรด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การประเมินการอ่าน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คิดวิเคราะห์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และเขียน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(</w:t>
      </w:r>
      <w:proofErr w:type="spellStart"/>
      <w:r w:rsidRPr="00D75F33">
        <w:rPr>
          <w:rFonts w:ascii="TH Sarabun New" w:hAnsi="TH Sarabun New" w:cs="TH Sarabun New"/>
          <w:sz w:val="32"/>
          <w:szCs w:val="32"/>
        </w:rPr>
        <w:t>QGrade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)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คุณลักษณะอันพึงประสงค์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(</w:t>
      </w:r>
      <w:proofErr w:type="spellStart"/>
      <w:r w:rsidRPr="00D75F33">
        <w:rPr>
          <w:rFonts w:ascii="TH Sarabun New" w:hAnsi="TH Sarabun New" w:cs="TH Sarabun New"/>
          <w:sz w:val="32"/>
          <w:szCs w:val="32"/>
        </w:rPr>
        <w:t>LGrade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)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หรือกิจกรรมพัฒนาผู้เรียน</w:t>
      </w:r>
      <w:proofErr w:type="spellEnd"/>
    </w:p>
    <w:p w14:paraId="3FFD4FC8" w14:textId="77777777" w:rsidR="00370E80" w:rsidRPr="00D75F33" w:rsidRDefault="00000000">
      <w:pPr>
        <w:spacing w:before="4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t xml:space="preserve">    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ในการนี้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ฝ่ายทะเบียนวัดผลได้ดำเนินการ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กรองและตัดยอดนักเรียนกลุ่มแขวนลอย</w:t>
      </w:r>
      <w:proofErr w:type="spellEnd"/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>/</w:t>
      </w:r>
      <w:proofErr w:type="spellStart"/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ย้ายสถานศึกษา</w:t>
      </w:r>
      <w:proofErr w:type="spellEnd"/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(26 </w:t>
      </w:r>
      <w:proofErr w:type="spellStart"/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คน</w:t>
      </w:r>
      <w:proofErr w:type="spellEnd"/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) </w:t>
      </w:r>
      <w:proofErr w:type="spellStart"/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เรียบร้อยแล้ว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ข้อมูลที่ปรากฏในใบแจ้งนี้จึงเป็นเฉพาะ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D75F33">
        <w:rPr>
          <w:rFonts w:ascii="TH Sarabun New" w:eastAsia="TH Sarabun New" w:hAnsi="TH Sarabun New" w:cs="TH Sarabun New"/>
          <w:b/>
          <w:color w:val="008000"/>
          <w:sz w:val="32"/>
          <w:szCs w:val="32"/>
          <w:lang w:bidi="th-TH"/>
        </w:rPr>
        <w:t>นักเรียนปกติที่มีตัวตนและเรียนจริงเท่านั้น</w:t>
      </w:r>
      <w:proofErr w:type="spellEnd"/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จึงขอความอนุเคราะห์คุณครูผู้สอนทุกท่านตรวจสอบและดำเนินการบันทึกข้อมูลย้อนหลังในระบบ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 </w:t>
      </w:r>
      <w:proofErr w:type="spellStart"/>
      <w:r w:rsidRPr="00D75F33">
        <w:rPr>
          <w:rFonts w:ascii="TH Sarabun New" w:hAnsi="TH Sarabun New" w:cs="TH Sarabun New"/>
          <w:sz w:val="32"/>
          <w:szCs w:val="32"/>
          <w:lang w:bidi="th-TH"/>
        </w:rPr>
        <w:t>ตามใบแจ้งภาระงานรายบุคคลแนบท้ายนี้</w:t>
      </w:r>
      <w:proofErr w:type="spellEnd"/>
    </w:p>
    <w:p w14:paraId="73EA7203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proofErr w:type="spellStart"/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ตารางสรุปภาพรวมภาระงานค้างบันทึกย้อนหลัง</w:t>
      </w:r>
      <w:proofErr w:type="spellEnd"/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(</w:t>
      </w:r>
      <w:proofErr w:type="spellStart"/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จำแนกตามครูผู้สอน</w:t>
      </w:r>
      <w:proofErr w:type="spellEnd"/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18 </w:t>
      </w:r>
      <w:proofErr w:type="spellStart"/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ท่าน</w:t>
      </w:r>
      <w:proofErr w:type="spellEnd"/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):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664"/>
        <w:gridCol w:w="1224"/>
        <w:gridCol w:w="1080"/>
        <w:gridCol w:w="1152"/>
        <w:gridCol w:w="1224"/>
        <w:gridCol w:w="1152"/>
        <w:gridCol w:w="1224"/>
      </w:tblGrid>
      <w:tr w:rsidR="00370E80" w:rsidRPr="00D75F33" w14:paraId="5B1E714B" w14:textId="77777777">
        <w:trPr>
          <w:tblHeader/>
          <w:jc w:val="center"/>
        </w:trPr>
        <w:tc>
          <w:tcPr>
            <w:tcW w:w="792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24CC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2664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C395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ชื่อครูผู้สอน</w:t>
            </w:r>
          </w:p>
        </w:tc>
        <w:tc>
          <w:tcPr>
            <w:tcW w:w="1224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3E5A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จำนวนคอร์ส</w:t>
            </w:r>
          </w:p>
        </w:tc>
        <w:tc>
          <w:tcPr>
            <w:tcW w:w="1080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137C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คะแนน/เกรด</w:t>
            </w:r>
          </w:p>
        </w:tc>
        <w:tc>
          <w:tcPr>
            <w:tcW w:w="1152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17C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อ่าน คิดฯ (Q)</w:t>
            </w:r>
          </w:p>
        </w:tc>
        <w:tc>
          <w:tcPr>
            <w:tcW w:w="1224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DA8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คุณลักษณะฯ (L)</w:t>
            </w:r>
          </w:p>
        </w:tc>
        <w:tc>
          <w:tcPr>
            <w:tcW w:w="1152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06A18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กิจกรรม (ผ/มผ)</w:t>
            </w:r>
          </w:p>
        </w:tc>
        <w:tc>
          <w:tcPr>
            <w:tcW w:w="1224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F4E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รวมรายการ นร.</w:t>
            </w:r>
          </w:p>
        </w:tc>
      </w:tr>
      <w:tr w:rsidR="00370E80" w:rsidRPr="00D75F33" w14:paraId="705763FF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ED41D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035E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นางปราณี มูลสาร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656B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7A80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19C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047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96BB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D617A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รายการ</w:t>
            </w:r>
          </w:p>
        </w:tc>
      </w:tr>
      <w:tr w:rsidR="00370E80" w:rsidRPr="00D75F33" w14:paraId="6D23D546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A41C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901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นางสาวชนม์สิตา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มูลกัน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687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392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350158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81727F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1250B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AE9F58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 รายการ</w:t>
            </w:r>
          </w:p>
        </w:tc>
      </w:tr>
      <w:tr w:rsidR="00370E80" w:rsidRPr="00D75F33" w14:paraId="5783FBF8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9C4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AAEC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นางสาวช่อชัยพฤกษ์ รัตนวงศ์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313A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9B47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02D03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9BB510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7E131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AEF89A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รายการ</w:t>
            </w:r>
          </w:p>
        </w:tc>
      </w:tr>
      <w:tr w:rsidR="00370E80" w:rsidRPr="00D75F33" w14:paraId="41175E00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632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B14D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นางสาวญารินดา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หาญชัยกฤติ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E4561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C871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AB8320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2350C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49DFB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17EE22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 รายการ</w:t>
            </w:r>
          </w:p>
        </w:tc>
      </w:tr>
      <w:tr w:rsidR="00370E80" w:rsidRPr="00D75F33" w14:paraId="577FAC05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7E031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48473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นางสาวณัฐวิภา รัตนะ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E0F0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89AB8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85DB18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32F006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2EFAE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B8EB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 รายการ</w:t>
            </w:r>
          </w:p>
        </w:tc>
      </w:tr>
      <w:tr w:rsidR="00370E80" w:rsidRPr="00D75F33" w14:paraId="78E8AE8D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F720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8AC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นางสาวปนัดดา กล้ารมรัญ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B20B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736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A29D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83D8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11FCF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22CB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รายการ</w:t>
            </w:r>
          </w:p>
        </w:tc>
      </w:tr>
      <w:tr w:rsidR="00370E80" w:rsidRPr="00D75F33" w14:paraId="4210AC50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7D437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324C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นางสาวพัชญ์ชิสา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อภิกุลวราศิษฐ์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5836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BF2CA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2211BC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F43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286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90BBB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7E0EF6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363 รายการ</w:t>
            </w:r>
          </w:p>
        </w:tc>
      </w:tr>
      <w:tr w:rsidR="00370E80" w:rsidRPr="00D75F33" w14:paraId="72455AD9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AF54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5136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นางสาวพาณิชย์ เบ้าแก้ว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A41C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EAD6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61F25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59E9E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2D48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DF7983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37 รายการ</w:t>
            </w:r>
          </w:p>
        </w:tc>
      </w:tr>
      <w:tr w:rsidR="00370E80" w:rsidRPr="00D75F33" w14:paraId="1F7BB2B0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BB22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9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35E8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นางสาววณัฐธิดา ไชยมานันต์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33E3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9BE4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72E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06C5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C4BE4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C494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รายการ</w:t>
            </w:r>
          </w:p>
        </w:tc>
      </w:tr>
      <w:tr w:rsidR="00370E80" w:rsidRPr="00D75F33" w14:paraId="1361008C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2BEA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DA3AF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นางสาววิลาวัณย์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ลาแพงศรี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158F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2512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34E582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5998C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65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06A4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2AC8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103 รายการ</w:t>
            </w:r>
          </w:p>
        </w:tc>
      </w:tr>
      <w:tr w:rsidR="00370E80" w:rsidRPr="00D75F33" w14:paraId="0BD9BDC3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EA5B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0859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นางสาววิลาวัลย์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โสภาอุทก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695A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D3CB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447D7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8E74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103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139C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76564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225 รายการ</w:t>
            </w:r>
          </w:p>
        </w:tc>
      </w:tr>
      <w:tr w:rsidR="00370E80" w:rsidRPr="00D75F33" w14:paraId="6B339858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51A9F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372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นางสาวเพชราภรณ์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สุวรรณวงษ์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78C0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75E6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0AFE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D8CF2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9097F0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35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19A91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38 รายการ</w:t>
            </w:r>
          </w:p>
        </w:tc>
      </w:tr>
      <w:tr w:rsidR="00370E80" w:rsidRPr="00D75F33" w14:paraId="600316A8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868E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DF07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นายกิตติวัฒน์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วงษ์พุฒ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DD6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F30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8FD3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C3F67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197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D2E22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3A2750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394 รายการ</w:t>
            </w:r>
          </w:p>
        </w:tc>
      </w:tr>
      <w:tr w:rsidR="00370E80" w:rsidRPr="00D75F33" w14:paraId="0CE22A78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8908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2229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นายจตุรวิทย์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วงละคร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B085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B96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F94B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143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B972F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143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7D68C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A0A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286 รายการ</w:t>
            </w:r>
          </w:p>
        </w:tc>
      </w:tr>
      <w:tr w:rsidR="00370E80" w:rsidRPr="00D75F33" w14:paraId="6CB1EDCF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84002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05D73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นายนิรันดร พันธ์ทรัพย์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1E42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D7F9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935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278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9EB6A6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338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1B2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AD608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628 รายการ</w:t>
            </w:r>
          </w:p>
        </w:tc>
      </w:tr>
      <w:tr w:rsidR="00370E80" w:rsidRPr="00D75F33" w14:paraId="7BA4A6F8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FD16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9349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นายมตรส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สืบโมรา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451F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0A2BE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39FCD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6559D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77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1F2F3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3403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119 รายการ</w:t>
            </w:r>
          </w:p>
        </w:tc>
      </w:tr>
      <w:tr w:rsidR="00370E80" w:rsidRPr="00D75F33" w14:paraId="088D50B7" w14:textId="77777777">
        <w:trPr>
          <w:cantSplit/>
          <w:jc w:val="center"/>
        </w:trPr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A682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</w:t>
            </w:r>
          </w:p>
        </w:tc>
        <w:tc>
          <w:tcPr>
            <w:tcW w:w="26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E8BB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นายวีระพงษ์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บุตรสีทัด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83D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 คอร์ส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0DA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2B1CE5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00401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100 คน</w:t>
            </w:r>
          </w:p>
        </w:tc>
        <w:tc>
          <w:tcPr>
            <w:tcW w:w="115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A8072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27379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199 รายการ</w:t>
            </w:r>
          </w:p>
        </w:tc>
      </w:tr>
      <w:tr w:rsidR="00370E80" w:rsidRPr="00D75F33" w14:paraId="561CF9CF" w14:textId="77777777">
        <w:trPr>
          <w:cantSplit/>
          <w:jc w:val="center"/>
        </w:trPr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5E257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</w:t>
            </w:r>
          </w:p>
        </w:tc>
        <w:tc>
          <w:tcPr>
            <w:tcW w:w="26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02D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นายศุภกิตติ์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บุญวงษา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792C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คอร์ส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AEB70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AF410F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5FAFEC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36 คน</w:t>
            </w:r>
          </w:p>
        </w:tc>
        <w:tc>
          <w:tcPr>
            <w:tcW w:w="115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ECB18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-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642646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90 รายการ</w:t>
            </w:r>
          </w:p>
        </w:tc>
      </w:tr>
    </w:tbl>
    <w:p w14:paraId="30A864C0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472DD877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44D62858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66D68D03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นางปราณี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มูลสาร</w:t>
      </w:r>
    </w:p>
    <w:p w14:paraId="4FEC8C26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04BCFEF8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9626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D0BF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55CA1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63B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9A6B9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1DC9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C0AC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A8505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1E55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35DE9D6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8E161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200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1CD03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6B98F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D7A87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ส20233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67100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หน้าที่พลเมือง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DE05B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8D90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E2BFA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A99186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48E2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A80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8A8B9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1A98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6380E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ส20233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5E94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หน้าที่พลเมือง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E21E5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B273C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115FE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</w:tbl>
    <w:p w14:paraId="5E4B02EF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4AB70F22" w14:textId="77777777">
        <w:trPr>
          <w:jc w:val="center"/>
        </w:trPr>
        <w:tc>
          <w:tcPr>
            <w:tcW w:w="5184" w:type="dxa"/>
          </w:tcPr>
          <w:p w14:paraId="7EBC760B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นางปราณี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มูลสาร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1F09816E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6BCC71B4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1D32E4E1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4483412A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7A67AF49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นางสาวชนม์สิตา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มูลกัน</w:t>
      </w:r>
    </w:p>
    <w:p w14:paraId="76BC8B36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021D639B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3595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A2CB2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7F44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4222B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B0D7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815F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27A1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7CE4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5BF0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0D11FCF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82F1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6FCF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68BE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5E85A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B70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532C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สังคมศึกษา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5A2FD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E96D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FE6B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20007A8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2EA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7D79C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606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32F76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49E2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73649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ประวัติศาสตร์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E8008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A04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3B964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02E4CCA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6986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541E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2160B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875F9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6BC0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C2373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สังคมศึกษา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D317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EF7F1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EA8B0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1EEE5FE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8B40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57E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6594E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0F447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C2EA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A111E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สังคมศึกษา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38D2C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FA68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911C1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0C8DD6B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E16BA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EB6D2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79E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064E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EF3A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9C634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ประวัติศาสตร์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9A7E2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E772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7867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376D4036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7355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94440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03616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BC1B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82BB6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CEA1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ประวัติศาสตร์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C3AC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701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7560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279026E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452B7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A131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F5AB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64A7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24285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ส20234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2CCC1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หน้าที่พลเมือง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EDF4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E7AA5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E8A6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62F4B92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320A9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CD41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532A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A42D0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15E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ส20234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094D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หน้าที่พลเมือง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0A4DF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5D41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9F726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</w:tbl>
    <w:p w14:paraId="6170D26E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231CABBC" w14:textId="77777777">
        <w:trPr>
          <w:jc w:val="center"/>
        </w:trPr>
        <w:tc>
          <w:tcPr>
            <w:tcW w:w="5184" w:type="dxa"/>
          </w:tcPr>
          <w:p w14:paraId="4045B30F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นางสาวชนม์สิตา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มูลกัน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4CF30BE8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1DF506B8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5C0F75E4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582A9CBE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75CC1AF5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นางสาวช่อชัยพฤกษ์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รัตนวงศ์</w:t>
      </w:r>
    </w:p>
    <w:p w14:paraId="32332576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5A08EAD1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30EE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939D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C316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AF85B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A9CD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2ED99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5EE3C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431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06E19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1ABB345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253E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94DC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BAF20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43C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F16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49FA2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0EA1E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65FE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F2769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0320DBC1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D32E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BD994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D8F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5A43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28FCD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7976F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D4A80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401D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AEAC9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1BF6EDFF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B30F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B3246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7EFE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0C9B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0014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E65E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08FA1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6FC2C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9179B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23BB2B6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150FE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0CB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4C23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E865B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2CA5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6A242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F8F7B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490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65C17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0205A73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7DB5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83B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FC95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F570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0C24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894AD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93DC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92BD3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712E3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649D5736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EC3F7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BC6A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18A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F85E8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5010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อ22202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9E90A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21264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C614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15565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341FE97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27A12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5DA9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3BD7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D4ED4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FE5C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อ22202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E0DF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A38C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5052A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7EB06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</w:tbl>
    <w:p w14:paraId="05D0AFEA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51BBE1A8" w14:textId="77777777">
        <w:trPr>
          <w:jc w:val="center"/>
        </w:trPr>
        <w:tc>
          <w:tcPr>
            <w:tcW w:w="5184" w:type="dxa"/>
          </w:tcPr>
          <w:p w14:paraId="31F95B4E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นางสาวช่อชัยพฤกษ์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รัตนวงศ์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46309B1F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2FCCCB5D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5EA286C0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1C185708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6CCF9B3B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นางสาวญารินดา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หาญชัยกฤติ</w:t>
      </w:r>
    </w:p>
    <w:p w14:paraId="738311A7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0CF23540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4931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F0486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16E5C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7999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0467A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A2D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74865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53AEA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5EE7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589231E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1868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3D92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F09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CAA8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A52B1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72DFA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เสริมทักษะคณิตศาสตร์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FB02D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A84DD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BF0E3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52913849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102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094B4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8A0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524EE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AAC0A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AE79E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เสริมทักษะคณิตศาสตร์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8655B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9381C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5CA5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351571F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2934F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0D5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5907F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9479B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0D035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4524F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A849A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1FA7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6E71E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0E247255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C27EC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8674E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3FAF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2918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059DC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824B1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88420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9934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74065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2E53FD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42CCD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BA3E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E9B9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B32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BC19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8DE41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742F7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4E55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33FFB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713EC3E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CEA50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9CA3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3C2F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F8CB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B5FF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1C73B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9118F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7869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72EDA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</w:tbl>
    <w:p w14:paraId="525AF8F0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61F071D0" w14:textId="77777777">
        <w:trPr>
          <w:jc w:val="center"/>
        </w:trPr>
        <w:tc>
          <w:tcPr>
            <w:tcW w:w="5184" w:type="dxa"/>
          </w:tcPr>
          <w:p w14:paraId="070CF71E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นางสาวญารินดา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หาญชัยกฤติ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1770EAE8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604B26DB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3E1E87C9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344BF6E6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614B96F7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นางสาวณัฐวิภา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รัตนะ</w:t>
      </w:r>
    </w:p>
    <w:p w14:paraId="2BEB7186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7C6EBE15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6EFBD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BF6E7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FDE0D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A865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7FF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40833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5D7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49D44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61FE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18A5374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7F36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5C69B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501E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A41F8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AB8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ส20231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F038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หน้าที่พลเมือง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E83BF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099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11C45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6FD58AF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45C5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A486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C962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730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A5697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ส20231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CC246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หน้าที่พลเมือง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9CFD9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B8C3C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3C495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1FEAE95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40AD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803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C3FE4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FE4E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CD9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CD11D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สังคมศึกษา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31711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CD5ED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BC613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5E246F7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060DA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4603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FE59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4779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CB3F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1A2E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สังคมศึกษา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2BE3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387D7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31660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69E44FEF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5F0C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83622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5A4E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87BF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893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2835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ประวัติศาสตร์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751BE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BB9C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67D85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0BDC7DB7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DB70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6834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B75A7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15F1C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EA21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ACE5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ประวัติศาสตร์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BF3D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E67D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66EE9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567E4F67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CF7AF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AC68D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3F9CA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6ABA7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05F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E4CC5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สังคมศึกษา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7F1B4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46B3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6FC25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1FC90D5E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B902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9557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4804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078E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BB44C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4B7B9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สังคมศึกษา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100C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17E9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76DB5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E016C4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129F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7F93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8E6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7B6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840FC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D450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ประวัติศาสตร์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2D857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6700D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98690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2A8EAC9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4F2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04B1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07C5E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065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77EC9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ส22104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B144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ประวัติศาสตร์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05919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AFA8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2CAE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</w:tbl>
    <w:p w14:paraId="3E7F6722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04F5D895" w14:textId="77777777">
        <w:trPr>
          <w:jc w:val="center"/>
        </w:trPr>
        <w:tc>
          <w:tcPr>
            <w:tcW w:w="5184" w:type="dxa"/>
          </w:tcPr>
          <w:p w14:paraId="38A45420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นางสาวณัฐวิภา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รัตนะ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133C2220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66826D05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349D4F0E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11EE97B1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093E1F58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นางสาวปนัดดา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กล้ารมรัญ</w:t>
      </w:r>
    </w:p>
    <w:p w14:paraId="2F4535BB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3A7F75C1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2B1AB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AC481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55F53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AC2F0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9595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9668C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3DB8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D911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E392B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4531A3B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544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9943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76FDB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F0D8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A90A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C679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โครงงานวิทยาศาสตร์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EF01A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EDF1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6198D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41E4B6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623F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30CEE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7E10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1E7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44A6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B7E0F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โครงงานวิทยาศาสตร์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3DFB0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44E8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65F9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</w:tbl>
    <w:p w14:paraId="493F413A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04F1DE90" w14:textId="77777777">
        <w:trPr>
          <w:jc w:val="center"/>
        </w:trPr>
        <w:tc>
          <w:tcPr>
            <w:tcW w:w="5184" w:type="dxa"/>
          </w:tcPr>
          <w:p w14:paraId="1AB61854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นางสาวปนัดดา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กล้ารมรัญ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56D00237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4DF3E0FA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200AA62C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5395A72C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2F3B1DE0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นางสาวพัชญ์ชิสา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อภิกุลวราศิษฐ์</w:t>
      </w:r>
    </w:p>
    <w:p w14:paraId="09F5DA84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3530694A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CCC0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EF06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DB832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4241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C5CB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A1CA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F97E4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EDE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5544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37D9E192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4410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3EB4A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A60F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AFE2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E44A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EC27A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96CC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01D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75B6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(23 คน)</w:t>
            </w:r>
          </w:p>
        </w:tc>
      </w:tr>
      <w:tr w:rsidR="00370E80" w:rsidRPr="00D75F33" w14:paraId="56D7BB7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AF7A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FB5F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9A43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452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6E266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อ21201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C331E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5E3C8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466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18433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5861FB9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3FDB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E07FA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DC8E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189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2D17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อ21201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B9DE9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9C976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6A0B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3EDAE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(23 คน)</w:t>
            </w:r>
          </w:p>
        </w:tc>
      </w:tr>
      <w:tr w:rsidR="00370E80" w:rsidRPr="00D75F33" w14:paraId="0EA7BF07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FE62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0325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B6BE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BD4E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8806C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77B4A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59B69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BEC1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10700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516C72C8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81F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B48E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D0E4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7928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5D85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18FB5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6DFC0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9E8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0F98F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(21 คน)</w:t>
            </w:r>
          </w:p>
        </w:tc>
      </w:tr>
      <w:tr w:rsidR="00370E80" w:rsidRPr="00D75F33" w14:paraId="11E7EC1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C32D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6D6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4F73B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1637E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C44C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อ21201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783C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A80C7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3058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27CCC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6E9E9108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5953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663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244C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26022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C726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อ21201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E74A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3DCED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359D7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7E73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(21 คน)</w:t>
            </w:r>
          </w:p>
        </w:tc>
      </w:tr>
      <w:tr w:rsidR="00370E80" w:rsidRPr="00D75F33" w14:paraId="2581AEA1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2ECE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4E2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57FA8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3DC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9ED5D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E93E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D46A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8D76C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2638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5454361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1515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F525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B97F7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D15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2DF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1FDAE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D318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00CFB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DA5F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67C0360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36DF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19632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FCA0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A68BE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5297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72CE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15AC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9450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D2883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521056A9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E50C5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1784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132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4D7CA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B513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CCB9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C1E5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8628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D1AE1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3B48BE1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D974F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695D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3AD0C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67EE2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275CA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1A50D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วิทยาการคำนวณ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9CA16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E8969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E675F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28D96472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B1D3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17FA1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E296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6E5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CD3C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ง31261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34537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ความถนัดด้านอาชีพ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734A4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599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13776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24283EC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F26C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F97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5129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B046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99AD8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ง31261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A3A3B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ความถนัดด้านอาชีพ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CD2EE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8D11F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F6CD2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34D5313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FC75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D59E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DFA7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A47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2DE09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ว32103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DBA4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AF085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DF91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EFE94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123B117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CEF9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F00C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0C90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8CFE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1CF3B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ส32251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BF682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CBAB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6346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A32E7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1DCA70C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1A6B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FF86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0A27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A09C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94F2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1B4AE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14DCA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0D11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437AC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15EB5CC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552A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18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3F0C4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C718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0680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B7B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08F5D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CBABB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691D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96F96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47440411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42A0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BE9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936FF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A64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3CD2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ว21202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5D71A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การศึกษาค้นคว้าและสารสนเทศ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DEC42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8D3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212B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28147F62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CCC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0B15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3D54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DE07C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DC95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ว21202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71DB3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การศึกษาค้นคว้าและสารสนเทศ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F335C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1FB4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F1248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10A40E0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788C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F6FA4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EC7AA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29C1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E91A4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32E2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E65E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086A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81B8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C08164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B57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26CF5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E1C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14C9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43A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612EA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48719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ADC3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1EF77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679D705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4C56C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AAAD4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51B4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396D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F2E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91B73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2DA8B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AF67F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34AB5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03395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สุขสันต์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ใจเบา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03400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ปรีญาดา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พรหมวงศา</w:t>
            </w:r>
          </w:p>
        </w:tc>
      </w:tr>
      <w:tr w:rsidR="00370E80" w:rsidRPr="00D75F33" w14:paraId="34A0D7E6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EB5D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24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660B9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76C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67AA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FA4C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68383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05EC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80F4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6192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03395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สุขสันต์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ใจเบา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03400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ปรีญาดา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พรหมวงศา</w:t>
            </w:r>
          </w:p>
        </w:tc>
      </w:tr>
      <w:tr w:rsidR="00370E80" w:rsidRPr="00D75F33" w14:paraId="59EC917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87526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0BD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18B11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F8B5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A242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ก31974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B9DC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ฝึกประสบการณ์วิชาชีพ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0FD8E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กิจกรรมพัฒนาผู้เรียน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0187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A931E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03448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นายรัชชานนท์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สุทุม</w:t>
            </w:r>
          </w:p>
        </w:tc>
      </w:tr>
      <w:tr w:rsidR="00370E80" w:rsidRPr="00D75F33" w14:paraId="5263AAB2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9613B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7F53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8F3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7FF8E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7DB4C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8DFD5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3D609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EE369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6FE3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03256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ญาณิศา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พรหมวงศา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03269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นายเจษฎาชัย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คนกล้า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03276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นายวายุ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ใจใส</w:t>
            </w:r>
          </w:p>
        </w:tc>
      </w:tr>
      <w:tr w:rsidR="00370E80" w:rsidRPr="00D75F33" w14:paraId="267D977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984E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27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FFA4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5990B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128D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D9EE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95A3E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CC30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2F102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34B12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03256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ญาณิศา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พรหมวงศา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03269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นายเจษฎาชัย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คนกล้า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03276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นายวายุ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ใจใส</w:t>
            </w:r>
          </w:p>
        </w:tc>
      </w:tr>
      <w:tr w:rsidR="00370E80" w:rsidRPr="00D75F33" w14:paraId="2E99BA0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95A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6FEF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F53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A51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9B5C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ง31263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709C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ธุรกิจงานกราฟิก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E511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F98B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6353F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30A404A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832D7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4C0B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112D8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0D5F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F27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ง31263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33E48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ธุรกิจงานกราฟิก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D2FF4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9871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7EDA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026A892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52E88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AFAB4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49D47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9FD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4050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ง31265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4E0D2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เครื่องดื่มสร้างรายได้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5C4A7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0BBD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52614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3B2C849F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1D7F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FB0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D8C1F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9513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233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ง31265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11AA5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เครื่องดื่มสร้างรายได้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C1EFB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169E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B8EB6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6385261E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E8A1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0E32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9679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572C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01D5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799D0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89CF8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BAB63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1ACF0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8 คน</w:t>
            </w:r>
          </w:p>
        </w:tc>
      </w:tr>
      <w:tr w:rsidR="00370E80" w:rsidRPr="00D75F33" w14:paraId="760217F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1440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F326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0E8C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37A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BCDAE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269CF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การออกแบบและเทคโนโลยี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5FBF4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3954E4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A89B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8 คน</w:t>
            </w:r>
          </w:p>
        </w:tc>
      </w:tr>
      <w:tr w:rsidR="00370E80" w:rsidRPr="00D75F33" w14:paraId="0777BD8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5EE49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4E1D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0956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4221E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B23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ว31204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2674B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การใช้เทคโนโลยีดิจิทัลเพื่ออาชีพ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58D41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CE66DA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C9EE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5 คน</w:t>
            </w:r>
          </w:p>
        </w:tc>
      </w:tr>
      <w:tr w:rsidR="00370E80" w:rsidRPr="00D75F33" w14:paraId="6C46DEC7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DFE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0FA2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E5E45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75FB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404C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ว31204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4BDF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การใช้เทคโนโลยีดิจิทัลเพื่ออาชีพ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9A92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AAB30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A6138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5 คน</w:t>
            </w:r>
          </w:p>
        </w:tc>
      </w:tr>
    </w:tbl>
    <w:p w14:paraId="75DD6ADB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045912F1" w14:textId="77777777">
        <w:trPr>
          <w:jc w:val="center"/>
        </w:trPr>
        <w:tc>
          <w:tcPr>
            <w:tcW w:w="5184" w:type="dxa"/>
          </w:tcPr>
          <w:p w14:paraId="4A59496C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นางสาวพัชญ์ชิสา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อภิกุลวราศิษฐ์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5E62836F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68386451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566D5D2D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3C9C7AD0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5A2053E1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นางสาวพาณิชย์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เบ้าแก้ว</w:t>
      </w:r>
    </w:p>
    <w:p w14:paraId="253EC22C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752DA93F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BC6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F9AF1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E90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BB1A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F963F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7BB2A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824B1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6E2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D51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36AD7B38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C2CB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F854F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E11BD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F5EE3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C03EB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ง21261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320B8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พันธุ์ไม้สร้างรายได้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F1243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073A9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F2F7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03427 ด.ญ.สุภาพร สาเสี่ยน</w:t>
            </w:r>
          </w:p>
        </w:tc>
      </w:tr>
      <w:tr w:rsidR="00370E80" w:rsidRPr="00D75F33" w14:paraId="3526CFD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CDEA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D64ED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9B3A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32CE2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1CA5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5652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การงานอาชีพฯ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05901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75617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28613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19C43289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00B9A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E0401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7CA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F1C0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68AF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14B14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การงานอาชีพฯ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E1D48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A2E97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2D9A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13F26EB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36FF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B0C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DF0D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DB9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F451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ง21261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AA422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พันธุ์ไม้สร้างรายได้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867A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6E1057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5D82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6 คน</w:t>
            </w:r>
          </w:p>
        </w:tc>
      </w:tr>
      <w:tr w:rsidR="00370E80" w:rsidRPr="00D75F33" w14:paraId="32F43E4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E49C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B2502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BAE7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52DD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FFA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9101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การงานอาชีพและเทคโนโลยี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EAA80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3E044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37779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5E67990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0673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8CAE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7F9B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3ECB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9C55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7EC03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การงานอาชีพและเทคโนโลยี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A069D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8A2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AD34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1AD107F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6FD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64FC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FED9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D8148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97F04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9DC6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เศรษฐกิจพอเพียง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B8A0D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FE96FF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F36E0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5 คน</w:t>
            </w:r>
          </w:p>
        </w:tc>
      </w:tr>
      <w:tr w:rsidR="00370E80" w:rsidRPr="00D75F33" w14:paraId="246B0E9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2C62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B8AC3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26F8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D49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A80F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5F07B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การงานอาชีพและเทคโนโลยี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7A0B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9C7C6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5CFD3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25E5F01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C322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D57A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D7F5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DF44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4206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F4D92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เศรษฐกิจพอเพียง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C567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CEA3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5B62B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03392 ด.ช.วรากร มาลาศรี</w:t>
            </w:r>
          </w:p>
        </w:tc>
      </w:tr>
      <w:tr w:rsidR="00370E80" w:rsidRPr="00D75F33" w14:paraId="7B64F06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38DA1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1319C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D1432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09522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A29EF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B8D43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การงานอาชีพและเทคโนโลยี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289E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60BA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F2103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0737B1C1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68C61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842C4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A2B9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238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FD28F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854D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การงานอาชีพและเทคโนโลยี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B3A7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E747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7E56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</w:tbl>
    <w:p w14:paraId="7EAAE1B9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0E984519" w14:textId="77777777">
        <w:trPr>
          <w:jc w:val="center"/>
        </w:trPr>
        <w:tc>
          <w:tcPr>
            <w:tcW w:w="5184" w:type="dxa"/>
          </w:tcPr>
          <w:p w14:paraId="7CA26147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นางสาวพาณิชย์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เบ้าแก้ว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7C7AD05C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029F8450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3CA39554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6AA48E0F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45EABE6C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นางสาววณัฐธิดา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ไชยมานันต์</w:t>
      </w:r>
    </w:p>
    <w:p w14:paraId="5998216E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055D8882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75DE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E9C1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E20A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75F9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FBE5A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A6D7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93A50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2D9D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8F9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6872325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4A8F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8F51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F4C7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048A3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36D0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DCF54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ภาษาไทย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BBC2E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31AEC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BCAD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2120B40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1F3F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F94C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7A2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5417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FE5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AFC91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ภาษาไทย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3B96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B6F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DA4F4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</w:tbl>
    <w:p w14:paraId="7EA865AF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1E73AE0C" w14:textId="77777777">
        <w:trPr>
          <w:jc w:val="center"/>
        </w:trPr>
        <w:tc>
          <w:tcPr>
            <w:tcW w:w="5184" w:type="dxa"/>
          </w:tcPr>
          <w:p w14:paraId="1D51DA4B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นางสาววณัฐธิดา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ไชยมานันต์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6830427D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56E8C6C5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3B1E4730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139DCB31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2788C69B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นางสาววิลาวัณย์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ลาแพงศรี</w:t>
      </w:r>
    </w:p>
    <w:p w14:paraId="4537FDCD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5623C7B8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084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A4D0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ACA9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A8E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2B19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1494F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A4E6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E1E3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195D7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56B7B49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B1B2B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22CEC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3AB7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B6DCB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E071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2B03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ภาษาไทย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4FAE2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D935D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F4002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56A597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97B59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1E7B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D5F8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F702C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3372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1E94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ภาษาไทย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FD45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2BF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37CD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1D6CE4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71E2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4C4B3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EDFA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C166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86A3C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ส22251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6E52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323A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0A8C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A359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C0841F7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44D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04EA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B68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5A0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A3E1F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ส22251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1D1A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58BC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7F1D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D1A5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171969F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D769B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FF41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8C82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832D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72D3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ท31201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39B8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การเขียน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827A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F59D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B6E91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4DD5243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038C5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2C9E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D808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C87D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D457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ท31201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DF2F1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การเขียน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1F448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95A6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33587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6F31A6F8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DC51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1FAEC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0F6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89605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415D6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ท33101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A8AE3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ภาษาไทย 5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30CC4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1A68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2DE83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(27 คน)</w:t>
            </w:r>
          </w:p>
        </w:tc>
      </w:tr>
      <w:tr w:rsidR="00370E80" w:rsidRPr="00D75F33" w14:paraId="207DF97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DF6C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3F62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526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8CFDB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E70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5C1E1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ภาษาไทย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FAB13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E78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E026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4A5CE47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D8F7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96AB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3E9CA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0D7BD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544B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EDFFB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ภาษาไทย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831C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1A63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64448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55897E1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74E7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9E87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7469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FCCFC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BB79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ส22252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E314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36724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CBBC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FFF4A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5B72E48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C799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514E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3301C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903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69BE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ส22252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CA312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CCFEE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C04C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30928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0911A9B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B6809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70D1E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30DCE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97C2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11F76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ท31202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4DC3C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การเขียน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5C5F1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8DF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58A72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049F5CF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A962F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469D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146C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8A852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24280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ท31202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15B9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การเขียน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C41DD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B923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99D57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</w:tbl>
    <w:p w14:paraId="70BD8F85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3189B3DB" w14:textId="77777777">
        <w:trPr>
          <w:jc w:val="center"/>
        </w:trPr>
        <w:tc>
          <w:tcPr>
            <w:tcW w:w="5184" w:type="dxa"/>
          </w:tcPr>
          <w:p w14:paraId="3337D8D4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นางสาววิลาวัณย์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ลาแพงศรี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lastRenderedPageBreak/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00860C12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lastRenderedPageBreak/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lastRenderedPageBreak/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0AC59D93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lastRenderedPageBreak/>
        <w:br w:type="page"/>
      </w:r>
    </w:p>
    <w:p w14:paraId="5A3AB42E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191F2B82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5BD4CD7A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นางสาววิลาวัลย์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โสภาอุทก</w:t>
      </w:r>
    </w:p>
    <w:p w14:paraId="0DDBA474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6C34F66A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0B5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80EF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7124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3CBE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31E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B092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ED51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2402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737AA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59B9913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E1E9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4972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F85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7222E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B1946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969B1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C7B3B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74E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9498E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(23 คน)</w:t>
            </w:r>
          </w:p>
        </w:tc>
      </w:tr>
      <w:tr w:rsidR="00370E80" w:rsidRPr="00D75F33" w14:paraId="5938FFE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0565B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1B08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1A33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23C70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97B9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AF838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66C6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88628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8FC6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69B6F04F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ED3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B777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EBE3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5334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0906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3AB39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0758A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E1DB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C1250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(23 คน)</w:t>
            </w:r>
          </w:p>
        </w:tc>
      </w:tr>
      <w:tr w:rsidR="00370E80" w:rsidRPr="00D75F33" w14:paraId="7D5A395E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2DF4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02D4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A566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6020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26D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DD725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787AC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0AF1D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CC55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(21 คน)</w:t>
            </w:r>
          </w:p>
        </w:tc>
      </w:tr>
      <w:tr w:rsidR="00370E80" w:rsidRPr="00D75F33" w14:paraId="6D9A7AC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57CAE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0FCE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70D1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D0D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99CD2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0954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4AC61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9E34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484C0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(21 คน)</w:t>
            </w:r>
          </w:p>
        </w:tc>
      </w:tr>
      <w:tr w:rsidR="00370E80" w:rsidRPr="00D75F33" w14:paraId="35D34031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4AE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89797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04C7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6874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5654C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ค23101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F7B3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5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26987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2E8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7BA77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326EA27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25CB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C765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4732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22B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9159A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ค23101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28AEE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5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BF62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FB1C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43F73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43FBD4A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5B614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FED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45D21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989D4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D6BB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ค31101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52B3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7E2E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79BE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75599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0866632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1A8EE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E8BA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538C5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AAF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13FE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ค31101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DE619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53507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311C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0E588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4D53D3F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F750D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E561B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E2448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BDED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5091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ค31101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F9524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D6839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827C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E4D9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7D7E8A17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F7FF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04532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F622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9B6E4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17F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ค31101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E2E4F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7E77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7E8D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AB8E4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0481E59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8493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A864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E5E4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03E0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907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ค21102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5A2E9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คณิตศาสตร์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B9A52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29F2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A0023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12FCC9C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214D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F587E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6B1A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DA32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D26B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ก31906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7B4E8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แนะแนว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80856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กิจกรรมพัฒนาผู้เรียน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AC3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DBF9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03448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นายรัชชานนท์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สุทุม</w:t>
            </w:r>
          </w:p>
        </w:tc>
      </w:tr>
      <w:tr w:rsidR="00370E80" w:rsidRPr="00D75F33" w14:paraId="517D4D21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D64F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17C1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347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92CB2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889F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ก32901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1BB9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แนะแนว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6F7F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กิจกรรมพัฒนาผู้เรียน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B44DB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7720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(16 คน)</w:t>
            </w:r>
          </w:p>
        </w:tc>
      </w:tr>
    </w:tbl>
    <w:p w14:paraId="4F04D0BE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522C83FB" w14:textId="77777777">
        <w:trPr>
          <w:jc w:val="center"/>
        </w:trPr>
        <w:tc>
          <w:tcPr>
            <w:tcW w:w="5184" w:type="dxa"/>
          </w:tcPr>
          <w:p w14:paraId="06C8D621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นางสาววิลาวัลย์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โสภาอุทก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61CB5FF1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10D00F73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18ED6B66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673DD981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4ACE2592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นางสาวเพชราภรณ์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สุวรรณวงษ์</w:t>
      </w:r>
    </w:p>
    <w:p w14:paraId="6184279B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131668F5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F04F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3189C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7F03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3B4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AEAC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E18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E468E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9914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BDD1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0D448D1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C5360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B584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A06F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B09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98C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E4D7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CF2D8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1205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87C4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6DCE8290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E5179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C63E0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46E5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CF8CE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E5DA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3CA02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9882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494E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4276A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57E0EC1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3BA5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13D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728E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ED0C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5CF5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40563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37C92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2DBD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D393F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7B39814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CEC5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7D11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0327E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F04D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0974D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ก21917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D5041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ชุมนุมวิชาการ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0A12D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กิจกรรมพัฒนาผู้เรียน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07B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2170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17CD33F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20E9D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B8AD4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D8A5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11E3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4CF9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ก22943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FA2D8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ชุมนุมวิชาการ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15F8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กิจกรรมพัฒนาผู้เรียน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A961A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5222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03424 ด.ญ.ธิดานันท์ รักษาสิน</w:t>
            </w:r>
          </w:p>
        </w:tc>
      </w:tr>
      <w:tr w:rsidR="00370E80" w:rsidRPr="00D75F33" w14:paraId="5E35278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4FBBA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DE30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F4F27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064E1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EDBA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ก32902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1EF97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กิจกรรมเพื่อสังคมและสาธารณประโยชน์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54ADF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กิจกรรมพัฒนาผู้เรียน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364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4153B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(16 คน)</w:t>
            </w:r>
          </w:p>
        </w:tc>
      </w:tr>
    </w:tbl>
    <w:p w14:paraId="383B8CDD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713F501B" w14:textId="77777777">
        <w:trPr>
          <w:jc w:val="center"/>
        </w:trPr>
        <w:tc>
          <w:tcPr>
            <w:tcW w:w="5184" w:type="dxa"/>
          </w:tcPr>
          <w:p w14:paraId="5F97D40C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lastRenderedPageBreak/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นางสาวเพชราภรณ์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สุวรรณวงษ์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5EAEC16D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24F11006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4F008587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620F7398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05D2691C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นายกิตติวัฒน์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วงษ์พุฒ</w:t>
      </w:r>
    </w:p>
    <w:p w14:paraId="7417174F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487AB345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E61E1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E5EC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27F2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A161A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AF3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D877B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75526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E7896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8FB0B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13B210E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3C3BA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94A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B68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273D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693B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1991F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02D5D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D1F8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8D22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2A6FCB4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3E80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C9E7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49B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8E6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C9A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C0BFA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8438C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270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1AFD2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187F9582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D6C0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9881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AA1A1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B71ED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648E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C7FEC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5832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05B38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C62B7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0B9DF5C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9765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0CB93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29E81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BA93C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3FA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7B7AE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7A7F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64A9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CA07E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6BA22C7F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B548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662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BEA6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FF12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6EA3A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897C5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โครงงานทดลอง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74B9D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09BCC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9BF21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3A06CF3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91F8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F443D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B6B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BA790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C3170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584F6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โครงงานทดลอง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EBCC2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04FAE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1AED1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533D1FF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4869D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11366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6194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A75A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D02D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5D646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E28AA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ED24F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AF257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46B61EE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0144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A79B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F69B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C1E4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559AE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24C99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5683B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8DA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B06F9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6ED41E1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CEB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68B8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8D55C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201F4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5D20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912D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โครงงานทดลอง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15441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1C26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EADAA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03E30F1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92A91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D269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6DCC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B5D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7B2A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18B5E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โครงงานทดลอง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6377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A384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CEAA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593B76E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6B9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D87BE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15A0C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C619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C8A0B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C962D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6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E1C95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F501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65D0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4EB8799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CB5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6B94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5DFF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2497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D9FB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7FA82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6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621ED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459C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76EF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2725D780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D15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BCAD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6529E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0664C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608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ว23202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D41E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โครงงานสิ่งประดิษฐ์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25A5F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5BC76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FE4EE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7134124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C90C5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B19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508AD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EA95E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864D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ว23202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7644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โครงงานสิ่งประดิษฐ์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F475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0DA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D5914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6E400CC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F4AA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CF96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C013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BA3F8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489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ส23252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CEAE9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6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0C9E1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A8E6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D61DB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4F162E4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378A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C9711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03A3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987E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4BC6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ส23252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130D0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6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E8C33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966C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F26F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70EC6FF8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FAA9F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56735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92D2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9F7DE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AF079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C3676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6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2A6B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1D13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E3B03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4DD1ED0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9061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EDAEC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56EC8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D923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E72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C963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 6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6C2B3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C329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0C02B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4B66F20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7EA2E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D03D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C9FDB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182E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B5168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ว23202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D97F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โครงงานสิ่งประดิษฐ์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2D0DD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9DD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385D7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00E0861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0C9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583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1FAE0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6530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3D1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ว23202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B35D7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โครงงานสิ่งประดิษฐ์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1543B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2D6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7FFB8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</w:tbl>
    <w:p w14:paraId="4084EE5B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04117AC2" w14:textId="77777777">
        <w:trPr>
          <w:jc w:val="center"/>
        </w:trPr>
        <w:tc>
          <w:tcPr>
            <w:tcW w:w="5184" w:type="dxa"/>
          </w:tcPr>
          <w:p w14:paraId="46B8F645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นายกิตติวัฒน์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วงษ์พุฒ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40CC98DF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2D9F0C7D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49AEF119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5764362E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3A7F6458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นายจตุรวิทย์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วงละคร</w:t>
      </w:r>
    </w:p>
    <w:p w14:paraId="44395172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3405E3BA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655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2FC77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03172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9D5D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24B21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D087F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D4C1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5C4E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4E404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1F097D6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E25E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18FE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B2BA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C559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E4B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AD4B4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โครงงานสำรวจ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2EFCE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7FB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7322C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18B490A7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1C240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9F95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8283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9BA60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3DA2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567A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โครงงานสำรวจ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76B8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51A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B0D3A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7049BFD9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1E08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2A629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15A9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22E0D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18C2F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FB76C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โครงงานสำรวจ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08D1C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4106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D58B3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7163270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51DAF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4B49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5047D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0B2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284B1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ว22201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D69ED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โครงงานสำรวจ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99130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7C84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029D8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52EFD04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DE0F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F5B87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B1FE7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7C5A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AD5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96CD5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ฟิสิกส์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4F28C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CA6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DCE95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4AFDFC26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5CC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5212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B4E3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85B0C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DB968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ว31201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2A16C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ฟิสิกส์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B98FF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D3BF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61DA3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6FA8629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F1B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82008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B5F4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6353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8189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I31291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E4D5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การศึกษาค้นคว้าและสร้างองค์ความรู้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3AAE9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49C8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970BB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3F9B7AE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AF3C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C7DB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DA0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82A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F27F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I31291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019D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การศึกษาค้นคว้าและสร้างองค์ความรู้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ED29D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6A44C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DCE72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5EC2AF1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61C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32B4C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4ECB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E2D69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4ED21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DFA76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วิทยาศาสตร์กายภาพ (ฟิสิกส์)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5366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461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7E7C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2C6969C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375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81492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E17B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3E9C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6B4E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A0361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วิทยาศาสตร์กายภาพ (ฟิสิกส์)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86A8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2C544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AAE6E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06025438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0C3F9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FD86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D8D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36AC2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76C7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D0856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ฟิสิกส์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A2BE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92862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311BB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56A999C2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65960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A42E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26152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0737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D93B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ว32201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D54E9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ฟิสิกส์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613D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A4C08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7BD51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1968B7C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7C84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9ED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38043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0642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22483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ง33263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95A5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ช่างโลหะ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4BBF2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F2200D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4727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7DF776B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5EC7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109A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0156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5CDBE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6DEE9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ง33263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66C21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ช่างโลหะ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30BED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168A83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CC8AD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1B37D94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91C9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EC4C4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3727A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F8B5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1A0B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ว33101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8EC18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วิทยาศาสตร์โลกและอวกาศ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A425D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CD7AF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B5D5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0D954C39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980F8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987C7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ECCE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B837F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6D4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ว33101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474C1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วิทยาศาสตร์โลกและอวกาศ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3FFF7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37D5FC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19246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3B6A8EC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9D5E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B036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8FB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625A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4864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I31292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3290D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การศึกษาค้นคว้าและสร้างองค์ความรู้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EBBE1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E8F3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D2E36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7F684915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F54B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B3A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DC71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AAA0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A644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I31292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6C4E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การศึกษาค้นคว้าและสร้างองค์ความรู้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AD819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1D20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F4262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</w:tbl>
    <w:p w14:paraId="5EC89D31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55235EBF" w14:textId="77777777">
        <w:trPr>
          <w:jc w:val="center"/>
        </w:trPr>
        <w:tc>
          <w:tcPr>
            <w:tcW w:w="5184" w:type="dxa"/>
          </w:tcPr>
          <w:p w14:paraId="514356AA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lastRenderedPageBreak/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นายจตุรวิทย์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วงละคร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1F6086E2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lastRenderedPageBreak/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lastRenderedPageBreak/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48F6ACA3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lastRenderedPageBreak/>
        <w:br w:type="page"/>
      </w:r>
    </w:p>
    <w:p w14:paraId="3A49CE98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3C876DD8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328DBC07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นายนิรันดร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พันธ์ทรัพย์</w:t>
      </w:r>
    </w:p>
    <w:p w14:paraId="02733A1B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785B2A0E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88BDF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C109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4423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0EFE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33798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A11F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2066C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14D5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4FD2E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70E5AD8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694D2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C0B0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26E6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C171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2C3BC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ส21251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E19E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35BB1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57565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97500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25C838A9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3FDC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D4C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32D62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4EFBD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1F9D1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ส21251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D9D06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1D960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1064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FACE4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(21 คน)</w:t>
            </w:r>
          </w:p>
        </w:tc>
      </w:tr>
      <w:tr w:rsidR="00370E80" w:rsidRPr="00D75F33" w14:paraId="7D07009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326E2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8C8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90E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E437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B1B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8DE5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จิตกรรมไทย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379B8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569302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2B56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6 คน</w:t>
            </w:r>
          </w:p>
        </w:tc>
      </w:tr>
      <w:tr w:rsidR="00370E80" w:rsidRPr="00D75F33" w14:paraId="51431DB2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FAE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C35D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0D95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FE35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5BE0E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F534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จิตกรรมไทย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BAE3C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1DF81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81BE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6 คน</w:t>
            </w:r>
          </w:p>
        </w:tc>
      </w:tr>
      <w:tr w:rsidR="00370E80" w:rsidRPr="00D75F33" w14:paraId="54AAEF0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D719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E7A9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F7E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AC1AD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8FB5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ศ22201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413C8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จิตกรรมไทย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CAF7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A40B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F5CE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03402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วิรัญญา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เชยคำดี</w:t>
            </w:r>
          </w:p>
        </w:tc>
      </w:tr>
      <w:tr w:rsidR="00370E80" w:rsidRPr="00D75F33" w14:paraId="0C6F555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A1418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5BAB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C7082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90AAF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FAB3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ศ22201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B86DB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จิตกรรมไทย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69B7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96F9B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F711B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03402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วิรัญญา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เชยคำดี</w:t>
            </w:r>
          </w:p>
        </w:tc>
      </w:tr>
      <w:tr w:rsidR="00370E80" w:rsidRPr="00D75F33" w14:paraId="17455B0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A16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A22D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CB3B1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A6EF0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D655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95AD7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5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2CBFE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A6BD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98D58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7B90A237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C165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57DA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78251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33209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7647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9663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5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49FB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1EE9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F1713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48A04BF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AC1F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C88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9D2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12C9B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D2739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ศ23203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91B1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มัณฑนศิลป์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1BDF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6085F1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F3BA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4 คน</w:t>
            </w:r>
          </w:p>
        </w:tc>
      </w:tr>
      <w:tr w:rsidR="00370E80" w:rsidRPr="00D75F33" w14:paraId="429EF5DE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8FE5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6831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F9F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AFB7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BEBFC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ศ23203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CF24A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มัณฑนศิลป์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BF11B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1644AF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55CCC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4 คน</w:t>
            </w:r>
          </w:p>
        </w:tc>
      </w:tr>
      <w:tr w:rsidR="00370E80" w:rsidRPr="00D75F33" w14:paraId="3B3BC28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4B29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97F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454C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063B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21AC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EBE1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5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393F8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725A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7CBBC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6D77D0C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A20EE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22A2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C7193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1F3B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37CC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B670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5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4433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94712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C6820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1495097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90B0D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DD06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4CEAD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D98F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5C217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ศ23203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DBD6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มัณฑนศิลป์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D8286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93E225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578BA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9 คน</w:t>
            </w:r>
          </w:p>
        </w:tc>
      </w:tr>
      <w:tr w:rsidR="00370E80" w:rsidRPr="00D75F33" w14:paraId="38E2FD0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99E45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AA9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400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AECA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0CF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ศ23203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822A7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มัณฑนศิลป์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A5173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79557B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D10CC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9 คน</w:t>
            </w:r>
          </w:p>
        </w:tc>
      </w:tr>
      <w:tr w:rsidR="00370E80" w:rsidRPr="00D75F33" w14:paraId="2C180F5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113F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AD6D5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9116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2D721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7D9AF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AED6B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6EF99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95BD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F5F07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4D128D51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11DA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5C1F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FEE6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791F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CBEB9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1A0E2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9D78C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306F1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2DA0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6D8805A1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C429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7156C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9CD2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137D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86D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ส31251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F8EB2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1BA2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2FC14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6FA2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23B5D249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CF2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0643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05E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434EB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2EC70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ส31251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517A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B9348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2167E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9CC81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5FD96F8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50F48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C136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43A99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CD5B3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3165F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224AF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1C39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D928A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F8B23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7FE7B64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934F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20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91A4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57E2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0974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0794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CC23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F30C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7E13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FFF7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7AF0C92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93B1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C546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EE705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58CF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0A87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ศ31221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F4527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ทัศนศิลป์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0C3E0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B45F2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B1F42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65D9993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275A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7507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6E12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58E3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17888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ศ31221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DE8FA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ทัศนศิลป์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9818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2B417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7AF36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0FF797D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D73C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3607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DBD3C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7BB8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C2F6A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ส31251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7D23C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1A11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1CF0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320BB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5C9EAE40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89B7D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EF3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AB60C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AD516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1951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ส31251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58C7A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F16E2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B7F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E4CD2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6D0DB19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8FB4B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517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301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B7C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91F6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AA842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9CF5C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8EC2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CEE40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1A1B8FA4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629C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13743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5E42F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3ACCD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ม.5/1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D09A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50DB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D2F9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78114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3B543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(20 คน)</w:t>
            </w:r>
          </w:p>
        </w:tc>
      </w:tr>
      <w:tr w:rsidR="00370E80" w:rsidRPr="00D75F33" w14:paraId="3CD2E3F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62342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76E6F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87CA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708DD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EDF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พ33203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E3565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เพศศึกษา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4C76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12E5A2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002D3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(41 คน)</w:t>
            </w:r>
          </w:p>
        </w:tc>
      </w:tr>
      <w:tr w:rsidR="00370E80" w:rsidRPr="00D75F33" w14:paraId="2E329C96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7FED1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B789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1B82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A55E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6F837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พ33203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14788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เพศศึกษา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0A14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179FD3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5B074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(41 คน)</w:t>
            </w:r>
          </w:p>
        </w:tc>
      </w:tr>
      <w:tr w:rsidR="00370E80" w:rsidRPr="00D75F33" w14:paraId="3C45145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ADFB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8377B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9532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BA66D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090BE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ศ33101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1A215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5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7DD59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7779FC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8FB5F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(41 คน)</w:t>
            </w:r>
          </w:p>
        </w:tc>
      </w:tr>
      <w:tr w:rsidR="00370E80" w:rsidRPr="00D75F33" w14:paraId="3D009A66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2ACD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9F3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9F4D1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5D522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25AA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ศ33101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95A4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5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9B88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88EABF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27F7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364B4DE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300E4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172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A89F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F3FA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D3782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ศ33101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B6793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5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56208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A5A1A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CFA07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1B80951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F8162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32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7750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5839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9E513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FC66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ศ33203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8B92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การวาดเส้น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92125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D6F3DF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56582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729B8B59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E4E47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1E1A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CB51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B30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ม.6/2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3BE5F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ศ33203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1D75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การวาดเส้น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DF482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0ADD5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7982C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7 คน</w:t>
            </w:r>
          </w:p>
        </w:tc>
      </w:tr>
      <w:tr w:rsidR="00370E80" w:rsidRPr="00D75F33" w14:paraId="16707D20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3DBAD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36688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55F9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4750F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A93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ส21252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50D8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143E8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B040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9AC47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1048DBE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7CF1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28F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7CDBE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0D7C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81061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ส21252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2CCA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24D5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5E6D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9618F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(21 คน)</w:t>
            </w:r>
          </w:p>
        </w:tc>
      </w:tr>
      <w:tr w:rsidR="00370E80" w:rsidRPr="00D75F33" w14:paraId="52574492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299E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A94C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E741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967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2FF53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ส21252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E236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02098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336BE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F9F8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(21 คน)</w:t>
            </w:r>
          </w:p>
        </w:tc>
      </w:tr>
      <w:tr w:rsidR="00370E80" w:rsidRPr="00D75F33" w14:paraId="40C425C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EE89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0BBDB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7AE09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06CE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1DC61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442F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6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CBEF0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9D22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2F470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03349 นายอภิรักษ์ ยะสุนทร</w:t>
            </w:r>
          </w:p>
        </w:tc>
      </w:tr>
      <w:tr w:rsidR="00370E80" w:rsidRPr="00D75F33" w14:paraId="41D43A6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EA9F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EA928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398C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083D4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233E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ศ23102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F9B2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6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F6C9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B51B9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F0680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03349 นายอภิรักษ์ ยะสุนทร</w:t>
            </w:r>
          </w:p>
        </w:tc>
      </w:tr>
      <w:tr w:rsidR="00370E80" w:rsidRPr="00D75F33" w14:paraId="150DA78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225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39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F7E7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77BE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D377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96D5D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7907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F32B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9D433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6E7F1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03193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นายเจษฎากร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แก้วบำรุง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03213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นายจักรภัทร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ไชยจอกแก้ว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03282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นายอาทิตย์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เที่ยงธรรม</w:t>
            </w:r>
          </w:p>
        </w:tc>
      </w:tr>
      <w:tr w:rsidR="00370E80" w:rsidRPr="00D75F33" w14:paraId="5C568B4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01B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8B6E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1B8B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B82E3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1FC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0926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CE2A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DF7F06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18F40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03193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นายเจษฎากร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แก้วบำรุง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03213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นายจักรภัทร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ไชยจอกแก้ว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03282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นายอาทิตย์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เที่ยงธรรม</w:t>
            </w:r>
          </w:p>
        </w:tc>
      </w:tr>
      <w:tr w:rsidR="00370E80" w:rsidRPr="00D75F33" w14:paraId="3B24EC1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A21B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5C84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54420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75AF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7968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ศ31222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57DD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ทัศนศิลป์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1AB7E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D84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26C6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0F06408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28E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B46F2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1A076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C11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5296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ศ31222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E6FF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ทัศนศิลป์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FACB1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4D580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7640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721711C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E76EC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43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910D4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B624F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B60ED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6373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ส31252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4DCF4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152FA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30718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C3F83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03193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นายเจษฎากร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แก้วบำรุง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03213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นายจักรภัทร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ไชยจอกแก้ว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03282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นายอาทิตย์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เที่ยงธรรม</w:t>
            </w:r>
          </w:p>
        </w:tc>
      </w:tr>
      <w:tr w:rsidR="00370E80" w:rsidRPr="00D75F33" w14:paraId="7D6D974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2D6E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CBA9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24DE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67DBB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3BA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ส31252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F83B8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การป้องกันการทุจริต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0FD3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CE1564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17A04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03193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นายเจษฎากร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แก้วบำรุง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03213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นายจักรภัทร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ไชยจอกแก้ว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03282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นายอาทิตย์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เที่ยงธรรม</w:t>
            </w:r>
          </w:p>
        </w:tc>
      </w:tr>
      <w:tr w:rsidR="00370E80" w:rsidRPr="00D75F33" w14:paraId="02226903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51F29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D526E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4283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00B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ม.4/3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A6BA8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ก31905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4F0EA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แนะแนว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F22AA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กิจกรรมพัฒนาผู้เรียน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มผ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B50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3AF6F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(12 คน)</w:t>
            </w:r>
          </w:p>
        </w:tc>
      </w:tr>
    </w:tbl>
    <w:p w14:paraId="7D23396E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54BB8488" w14:textId="77777777">
        <w:trPr>
          <w:jc w:val="center"/>
        </w:trPr>
        <w:tc>
          <w:tcPr>
            <w:tcW w:w="5184" w:type="dxa"/>
          </w:tcPr>
          <w:p w14:paraId="4B5F2AA5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lastRenderedPageBreak/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นายนิรันดร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พันธ์ทรัพย์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1CF3EC43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lastRenderedPageBreak/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lastRenderedPageBreak/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38D8261B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lastRenderedPageBreak/>
        <w:br w:type="page"/>
      </w:r>
    </w:p>
    <w:p w14:paraId="573AA556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7FE5B1AD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29DE2718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นายมตรส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สืบโมรา</w:t>
      </w:r>
    </w:p>
    <w:p w14:paraId="4A8E9743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39BF72F9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4DD3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7165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E0B65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C0CE7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BCE24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08E3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9D7D9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E81C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413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5C2F40A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A97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7DD3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3A0E1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3A64E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DAF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7044C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0B910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C8D59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63C2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5F9A259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D0D46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1966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A3306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5A4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1713C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F07B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B807C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0FCA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D626C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5029CA0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A1CDE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64F6E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60C98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20BA3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530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5FE7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สุขศึกษา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3ABF0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BE97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F98E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7CA05AB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3969E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0B5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2057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7984B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6624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556EB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สุขศึกษา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49D4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915A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374D6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244C7B3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57F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B30A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A64E1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0F1C7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C456C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41DDB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2C17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25D1B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B5C9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03385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สุภานิษา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ศรีหาตา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5F87CDC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1F4C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B3EBE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6EBEF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A0B15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C140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CEE1C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7D59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8A2D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C7F9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03385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สุภานิษา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ศรีหาตา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F77D1B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EEF44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1F557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1D825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1DA5C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6DDE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ศ31211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241F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ดนตรีสากล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AA8B0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A3AE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698DF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79ECAF60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B5078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EFEDF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89D24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54158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AB6E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ศ31211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D8BA6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ดนตรีสากล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74CC0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C3052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A8706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00DA5CD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10EA2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F423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02C1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D7D9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97D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DAE76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BF7A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8822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97AD2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167FCC00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28ED1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B5EC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1091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9F2A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2468C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3CB5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สุขศึกษา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2BD16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0CE9F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79174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47F80F1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C1EC7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9BAF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5995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8D77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E5B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A9C5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สุขศึกษา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13E6E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8F41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693F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12FDC85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68292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F3B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C76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4C064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9A18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23C0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กรีฑา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E4AE8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086BC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B790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46E8CDD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ACB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BB23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FFFC2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797C1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B992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509D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กรีฑา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C5999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A2931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F2CE7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5362E17F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E1DB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14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75A3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D9E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09F6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09A0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E19C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4F7FF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D884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91688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5183F1E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71AD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2015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D803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140E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72932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82F41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ศิลปะ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DBCCE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1C2D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CA00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16A43919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E4FE0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F2C9E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7AD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0535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F533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E5A5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กรีฑา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6C611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4C27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35EBD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670D190B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2F1FD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557F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B946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2974A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6D3C2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ศ31212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AA80D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ดนตรีสากล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1C65C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7988A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7CC7E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0ADEC64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86A33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308E9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DAD20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B93A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04460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ศ31212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FFB59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ดนตรีสากล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53D8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6A4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7EC88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</w:tbl>
    <w:p w14:paraId="1F6A0563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0D8BC5D8" w14:textId="77777777">
        <w:trPr>
          <w:jc w:val="center"/>
        </w:trPr>
        <w:tc>
          <w:tcPr>
            <w:tcW w:w="5184" w:type="dxa"/>
          </w:tcPr>
          <w:p w14:paraId="415D6E26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นายมตรส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สืบโมรา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385770B6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4631AD22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br w:type="page"/>
      </w:r>
    </w:p>
    <w:p w14:paraId="7ACBDDFF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7A106802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627315FA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นายวีระพงษ์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บุตรสีทัด</w:t>
      </w:r>
    </w:p>
    <w:p w14:paraId="741EFE65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3028EF33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25C1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360F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8C3E6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419D6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40388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C68C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F5FC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D8F1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AF75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3D370A2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6D3B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989A3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604B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34B7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7D6CC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พ21101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3C91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056DC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51A55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40D4F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1A1AD37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8E69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76A34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1815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AC2E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FA8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พ21101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3E833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3CD8B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526E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6C8AE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03463 ด.ช.คุณากร บุญทัน</w:t>
            </w:r>
          </w:p>
        </w:tc>
      </w:tr>
      <w:tr w:rsidR="00370E80" w:rsidRPr="00D75F33" w14:paraId="4A728E50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2FFB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DC242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3612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92FA7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9FBD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39F8C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ตะกร้อ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0A458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1A5EA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AEFED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075C7792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CA6C9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52C1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9F1A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69934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4CA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255F3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ตะกร้อ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C35A3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67B1A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17928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(19 คน)</w:t>
            </w:r>
          </w:p>
        </w:tc>
      </w:tr>
      <w:tr w:rsidR="00370E80" w:rsidRPr="00D75F33" w14:paraId="3A7D5B85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63D69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2B007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BDD1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10E7D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9B76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0EC77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ตะกร้อ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072289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C490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E38BF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5A815ECB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CE08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E3B0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1BB7B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62B89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50A15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4B809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ตะกร้อ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9215B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5747D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D19B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704099BC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1E8A9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B835A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EE026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DE397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FC8E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DBEA2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วอลเลย์บอล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229D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FBF0E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549E0F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0B150C15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56BDE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C023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1CFF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85432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D209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87B49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วอลเลย์บอล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27009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4F23A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24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17CCB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(24 คน)</w:t>
            </w:r>
          </w:p>
        </w:tc>
      </w:tr>
      <w:tr w:rsidR="00370E80" w:rsidRPr="00D75F33" w14:paraId="71F056C1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7D2A5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CD311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19D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70400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54417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60BA5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วอลเลย์บอล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DA61E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EB4FF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665C5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74086230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D27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A4AB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B1CEE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5AA3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51423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587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วอลเลย์บอล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1D64E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57DF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AD2F9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(25 คน)</w:t>
            </w:r>
          </w:p>
        </w:tc>
      </w:tr>
      <w:tr w:rsidR="00370E80" w:rsidRPr="00D75F33" w14:paraId="0A83DED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BC89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3A49B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A4ED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205CB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27A1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พ21103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22CC2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5BB9A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ED6DA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950F9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73E29E43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9710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41912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A51D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D1C5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9EB31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พ21103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49ADB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99DA9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คะแนน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/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เกรด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0-4)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6475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EB608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2AE4CED4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DE694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7982D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9E295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576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ม.1/1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D22D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พ21103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EF6E5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6A168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EF98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7D28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03460 นายธนบดี วงษ์มุน</w:t>
            </w:r>
          </w:p>
        </w:tc>
      </w:tr>
      <w:tr w:rsidR="00370E80" w:rsidRPr="00D75F33" w14:paraId="64382AB5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F549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BBDE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65B4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DB94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DC3A7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พ23103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BB531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สุขศึกษา 6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6EDF1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0368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E8274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03349 นายอภิรักษ์ ยะสุนทร</w:t>
            </w:r>
          </w:p>
        </w:tc>
      </w:tr>
      <w:tr w:rsidR="00370E80" w:rsidRPr="00D75F33" w14:paraId="0EECCDF2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CB400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63A04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7F6C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2A1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BC09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พ23103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272C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สุขศึกษา 6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D7A33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CD35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4751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03332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นภัสรา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คำจันดา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03349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นายอภิรักษ์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ยะสุนทร</w:t>
            </w:r>
          </w:p>
        </w:tc>
      </w:tr>
      <w:tr w:rsidR="00370E80" w:rsidRPr="00D75F33" w14:paraId="5E3B6467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A587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4DB60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4D6F9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BF5C3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41415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พ23104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7533A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บาสเกตบอล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4C31B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1CFAD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D032D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03349 นายอภิรักษ์ ยะสุนทร</w:t>
            </w:r>
          </w:p>
        </w:tc>
      </w:tr>
      <w:tr w:rsidR="00370E80" w:rsidRPr="00D75F33" w14:paraId="414C129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87BEC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17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ADA4D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9A4D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54E88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ม.3/2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94D8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พ23104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CFD64A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บาสเกตบอล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5C88B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6797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9E130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03332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นภัสรา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คำจันดา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03349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นายอภิรักษ์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ยะสุนทร</w:t>
            </w:r>
          </w:p>
        </w:tc>
      </w:tr>
      <w:tr w:rsidR="00370E80" w:rsidRPr="00D75F33" w14:paraId="14F562A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71DCD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31B72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4B98C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31B73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4E31B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พ31102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5FB9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20CB7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A22E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A5BE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03256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ญาณิศา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พรหมวงศา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03269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นายเจษฎาชัย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คนกล้า</w:t>
            </w:r>
          </w:p>
        </w:tc>
      </w:tr>
      <w:tr w:rsidR="00370E80" w:rsidRPr="00D75F33" w14:paraId="2ACEE797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D7369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559A4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0CF0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738D2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FB20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พ31102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29406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8F2D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A8A46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B8DBA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03256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ญาณิศา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พรหมวงศา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03269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นายเจษฎาชัย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คนกล้า</w:t>
            </w:r>
          </w:p>
        </w:tc>
      </w:tr>
      <w:tr w:rsidR="00370E80" w:rsidRPr="00D75F33" w14:paraId="3352EB10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74A7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11BE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DA95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58E9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D4F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พ31102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BC7B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E87EB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1C271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9D36F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6 คน</w:t>
            </w:r>
          </w:p>
        </w:tc>
      </w:tr>
      <w:tr w:rsidR="00370E80" w:rsidRPr="00D75F33" w14:paraId="4BEBC8BA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10A14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07D9D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3BE32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86C3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1877F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พ31102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BE9F5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สุขศึกษาและพลศึกษา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F37BF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E75E6B" w14:textId="77777777" w:rsidR="00370E80" w:rsidRPr="00D75F33" w:rsidRDefault="00000000">
            <w:pPr>
              <w:spacing w:after="0" w:line="240" w:lineRule="auto"/>
              <w:jc w:val="right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1DDE7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นร.ปกติ 6 คน</w:t>
            </w:r>
          </w:p>
        </w:tc>
      </w:tr>
    </w:tbl>
    <w:p w14:paraId="2F807771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0EF84658" w14:textId="77777777">
        <w:trPr>
          <w:jc w:val="center"/>
        </w:trPr>
        <w:tc>
          <w:tcPr>
            <w:tcW w:w="5184" w:type="dxa"/>
          </w:tcPr>
          <w:p w14:paraId="6E72E4CB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lastRenderedPageBreak/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นายวีระพงษ์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บุตรสีทัด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48C0292C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lastRenderedPageBreak/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lastRenderedPageBreak/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65AF4AC6" w14:textId="77777777" w:rsidR="00370E80" w:rsidRPr="00D75F33" w:rsidRDefault="00000000">
      <w:pPr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</w:rPr>
        <w:lastRenderedPageBreak/>
        <w:br w:type="page"/>
      </w:r>
    </w:p>
    <w:p w14:paraId="10D47F99" w14:textId="77777777" w:rsidR="00370E80" w:rsidRPr="00D75F33" w:rsidRDefault="00000000">
      <w:pPr>
        <w:spacing w:before="80" w:after="4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lastRenderedPageBreak/>
        <w:t>ใบแจ้งรายการบันทึกผลการเรียนย้อนหลังในระบบ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SGS (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ข้อมูล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  <w:lang w:bidi="th-TH"/>
        </w:rPr>
        <w:t>ปพ</w:t>
      </w:r>
      <w:r w:rsidRPr="00D75F33">
        <w:rPr>
          <w:rFonts w:ascii="TH Sarabun New" w:eastAsia="TH Sarabun New" w:hAnsi="TH Sarabun New" w:cs="TH Sarabun New"/>
          <w:b/>
          <w:color w:val="1B365D"/>
          <w:sz w:val="32"/>
          <w:szCs w:val="32"/>
        </w:rPr>
        <w:t>.5)</w:t>
      </w:r>
    </w:p>
    <w:p w14:paraId="432FD91D" w14:textId="77777777" w:rsidR="00370E80" w:rsidRPr="00D75F33" w:rsidRDefault="00000000">
      <w:pPr>
        <w:spacing w:after="80"/>
        <w:jc w:val="center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โรงเรียนดงเย็นวิทยาคม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color w:val="646464"/>
          <w:sz w:val="32"/>
          <w:szCs w:val="32"/>
          <w:lang w:bidi="th-TH"/>
        </w:rPr>
        <w:t>สำนักงานเขตพื้นที่การศึกษามัธยมศึกษาหนองคาย</w:t>
      </w:r>
    </w:p>
    <w:p w14:paraId="1DA900C8" w14:textId="77777777" w:rsidR="00370E80" w:rsidRPr="00D75F33" w:rsidRDefault="00000000">
      <w:pPr>
        <w:spacing w:before="120" w:after="8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เรียน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คุณครู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นายศุภกิตติ์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C00000"/>
          <w:sz w:val="32"/>
          <w:szCs w:val="32"/>
          <w:lang w:bidi="th-TH"/>
        </w:rPr>
        <w:t>บุญวงษา</w:t>
      </w:r>
    </w:p>
    <w:p w14:paraId="778FCAED" w14:textId="77777777" w:rsidR="00370E80" w:rsidRPr="00D75F33" w:rsidRDefault="00000000">
      <w:pPr>
        <w:spacing w:after="120"/>
        <w:rPr>
          <w:rFonts w:ascii="TH Sarabun New" w:hAnsi="TH Sarabun New" w:cs="TH Sarabun New"/>
          <w:sz w:val="32"/>
          <w:szCs w:val="32"/>
        </w:rPr>
      </w:pPr>
      <w:r w:rsidRPr="00D75F33">
        <w:rPr>
          <w:rFonts w:ascii="TH Sarabun New" w:hAnsi="TH Sarabun New" w:cs="TH Sarabun New"/>
          <w:sz w:val="32"/>
          <w:szCs w:val="32"/>
          <w:lang w:bidi="th-TH"/>
        </w:rPr>
        <w:t>คำชี้แจง</w:t>
      </w:r>
      <w:r w:rsidRPr="00D75F33">
        <w:rPr>
          <w:rFonts w:ascii="TH Sarabun New" w:hAnsi="TH Sarabun New" w:cs="TH Sarabun New"/>
          <w:sz w:val="32"/>
          <w:szCs w:val="32"/>
        </w:rPr>
        <w:t xml:space="preserve">: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ตารางด้านล่างนี้ได้กรองและตัดยอดนักเรียนแขวนลอย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>/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ย้ายออกเรียบร้อยแล้ว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</w:rPr>
        <w:t xml:space="preserve"> </w:t>
      </w:r>
      <w:r w:rsidRPr="00D75F33">
        <w:rPr>
          <w:rFonts w:ascii="TH Sarabun New" w:eastAsia="TH Sarabun New" w:hAnsi="TH Sarabun New" w:cs="TH Sarabun New"/>
          <w:b/>
          <w:color w:val="000000"/>
          <w:sz w:val="32"/>
          <w:szCs w:val="32"/>
          <w:lang w:bidi="th-TH"/>
        </w:rPr>
        <w:t>ท่านไม่ต้องบันทึกผลนักเรียนกลุ่มแขวนลอย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โปรดตรวจสอบรายวิชา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ปีการศึกษา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ภาคเรียน</w:t>
      </w:r>
      <w:r w:rsidRPr="00D75F33">
        <w:rPr>
          <w:rFonts w:ascii="TH Sarabun New" w:hAnsi="TH Sarabun New" w:cs="TH Sarabun New"/>
          <w:sz w:val="32"/>
          <w:szCs w:val="32"/>
        </w:rPr>
        <w:t xml:space="preserve"> </w:t>
      </w:r>
      <w:r w:rsidRPr="00D75F33">
        <w:rPr>
          <w:rFonts w:ascii="TH Sarabun New" w:hAnsi="TH Sarabun New" w:cs="TH Sarabun New"/>
          <w:sz w:val="32"/>
          <w:szCs w:val="32"/>
          <w:lang w:bidi="th-TH"/>
        </w:rPr>
        <w:t>และดำเนินการบันทึกข้อมูลย้อนหลังเฉพาะนักเรียนปกติที่มีตัวตนตามที่ระบุในระบบ</w:t>
      </w:r>
      <w:r w:rsidRPr="00D75F33">
        <w:rPr>
          <w:rFonts w:ascii="TH Sarabun New" w:hAnsi="TH Sarabun New" w:cs="TH Sarabun New"/>
          <w:sz w:val="32"/>
          <w:szCs w:val="32"/>
        </w:rPr>
        <w:t xml:space="preserve"> SGS:</w:t>
      </w:r>
    </w:p>
    <w:tbl>
      <w:tblPr>
        <w:tblW w:w="0" w:type="auto"/>
        <w:jc w:val="center"/>
        <w:tblBorders>
          <w:top w:val="single" w:sz="6" w:space="0" w:color="D3D3D3"/>
          <w:bottom w:val="single" w:sz="6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008"/>
        <w:gridCol w:w="792"/>
        <w:gridCol w:w="864"/>
        <w:gridCol w:w="1080"/>
        <w:gridCol w:w="2088"/>
        <w:gridCol w:w="1944"/>
        <w:gridCol w:w="936"/>
        <w:gridCol w:w="1224"/>
      </w:tblGrid>
      <w:tr w:rsidR="00370E80" w:rsidRPr="00D75F33" w14:paraId="543E464E" w14:textId="77777777">
        <w:trPr>
          <w:tblHeader/>
          <w:jc w:val="center"/>
        </w:trPr>
        <w:tc>
          <w:tcPr>
            <w:tcW w:w="64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68D0D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ลำดับ</w:t>
            </w:r>
          </w:p>
        </w:tc>
        <w:tc>
          <w:tcPr>
            <w:tcW w:w="100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1CE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ปีการศึกษา</w:t>
            </w:r>
          </w:p>
        </w:tc>
        <w:tc>
          <w:tcPr>
            <w:tcW w:w="792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03CB7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ภาคเรียน</w:t>
            </w:r>
          </w:p>
        </w:tc>
        <w:tc>
          <w:tcPr>
            <w:tcW w:w="86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1B30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ชั้น/ห้อง</w:t>
            </w:r>
          </w:p>
        </w:tc>
        <w:tc>
          <w:tcPr>
            <w:tcW w:w="1080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5D033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รหัสวิชา</w:t>
            </w:r>
          </w:p>
        </w:tc>
        <w:tc>
          <w:tcPr>
            <w:tcW w:w="2088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51CE6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ชื่อวิชา</w:t>
            </w:r>
          </w:p>
        </w:tc>
        <w:tc>
          <w:tcPr>
            <w:tcW w:w="194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8AC9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  <w:lang w:bidi="th-TH"/>
              </w:rPr>
              <w:t>ภาระงานที่ต้องบันทึก</w:t>
            </w:r>
          </w:p>
        </w:tc>
        <w:tc>
          <w:tcPr>
            <w:tcW w:w="936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B144B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จำนวน นร.</w:t>
            </w:r>
          </w:p>
        </w:tc>
        <w:tc>
          <w:tcPr>
            <w:tcW w:w="1224" w:type="dxa"/>
            <w:shd w:val="clear" w:color="auto" w:fill="2037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A6EF7C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FFFFFF"/>
                <w:sz w:val="32"/>
                <w:szCs w:val="32"/>
              </w:rPr>
              <w:t>รายละเอียด / รายชื่อนักเรียน</w:t>
            </w:r>
          </w:p>
        </w:tc>
      </w:tr>
      <w:tr w:rsidR="00370E80" w:rsidRPr="00D75F33" w14:paraId="77AABC32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1C0B81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F246A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8D58F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9C10D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FF3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อ22101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6D9A9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3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F8C7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B5D6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4B4BE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262F609C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2B29D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8B12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63772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DF02D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7BB1E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อ22101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653B5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3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A36B9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62CBD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33682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6F6610E6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99FC3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6E998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03F8E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709D3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D3FF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อ31211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9AFA6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1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8468C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478B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87662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41D7501A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32CA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F41E0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3141A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B032E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CB6B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อ31211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1A16D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1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B3530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64285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6B4F8B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2DFD65FE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28CFA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3548B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BF43B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95C0E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16870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47166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330E63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BBC2C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2D46AE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380B69FD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E808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D5071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EE88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B930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ม.2/1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355E45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อ22102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6E6344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4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E31E9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1A50F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1DF9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03501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ด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ช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ณัฐวุฒิ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ทองนำ</w:t>
            </w:r>
          </w:p>
        </w:tc>
      </w:tr>
      <w:tr w:rsidR="00370E80" w:rsidRPr="00D75F33" w14:paraId="658685CD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EDE95A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1DDE6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E95A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B48F8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ม.2/2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3B4E6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อ22102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B8615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 4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93A42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0E364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18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460DA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(18 คน)</w:t>
            </w:r>
          </w:p>
        </w:tc>
      </w:tr>
      <w:tr w:rsidR="00370E80" w:rsidRPr="00D75F33" w14:paraId="2EBE67E8" w14:textId="77777777">
        <w:trPr>
          <w:cantSplit/>
          <w:jc w:val="center"/>
        </w:trPr>
        <w:tc>
          <w:tcPr>
            <w:tcW w:w="64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C7E3E9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lastRenderedPageBreak/>
              <w:t>8</w:t>
            </w:r>
          </w:p>
        </w:tc>
        <w:tc>
          <w:tcPr>
            <w:tcW w:w="100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7F44B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B65F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036D8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8DA1BF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อ31212</w:t>
            </w:r>
          </w:p>
        </w:tc>
        <w:tc>
          <w:tcPr>
            <w:tcW w:w="2088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82DDCC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2</w:t>
            </w:r>
          </w:p>
        </w:tc>
        <w:tc>
          <w:tcPr>
            <w:tcW w:w="194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83CAE7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การอ่าน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คิดวิเคราะห์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และเขียน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(QGrade)</w:t>
            </w:r>
          </w:p>
        </w:tc>
        <w:tc>
          <w:tcPr>
            <w:tcW w:w="936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0BDA0E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shd w:val="clear" w:color="auto" w:fill="F2F5F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938A1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  <w:tr w:rsidR="00370E80" w:rsidRPr="00D75F33" w14:paraId="5C58B988" w14:textId="77777777">
        <w:trPr>
          <w:cantSplit/>
          <w:jc w:val="center"/>
        </w:trPr>
        <w:tc>
          <w:tcPr>
            <w:tcW w:w="64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50D04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F13536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79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31B87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3EBC0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ม.4/2</w:t>
            </w:r>
          </w:p>
        </w:tc>
        <w:tc>
          <w:tcPr>
            <w:tcW w:w="10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C7F932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อ31212</w:t>
            </w:r>
          </w:p>
        </w:tc>
        <w:tc>
          <w:tcPr>
            <w:tcW w:w="208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AFC1D6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ภาษาอังกฤษเพื่อการสื่อสาร 2</w:t>
            </w:r>
          </w:p>
        </w:tc>
        <w:tc>
          <w:tcPr>
            <w:tcW w:w="194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C244D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คุณลักษณะอันพึงประสงค์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(LGrade)</w:t>
            </w:r>
          </w:p>
        </w:tc>
        <w:tc>
          <w:tcPr>
            <w:tcW w:w="93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F99DF3" w14:textId="77777777" w:rsidR="00370E80" w:rsidRPr="00D75F33" w:rsidRDefault="00000000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17 คน</w:t>
            </w:r>
          </w:p>
        </w:tc>
        <w:tc>
          <w:tcPr>
            <w:tcW w:w="1224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2D5668" w14:textId="77777777" w:rsidR="00370E80" w:rsidRPr="00D75F33" w:rsidRDefault="00000000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ทั้งห้อง (17 คน)</w:t>
            </w:r>
          </w:p>
        </w:tc>
      </w:tr>
    </w:tbl>
    <w:p w14:paraId="52D28A05" w14:textId="77777777" w:rsidR="00370E80" w:rsidRPr="00D75F33" w:rsidRDefault="00370E80">
      <w:pPr>
        <w:spacing w:before="320" w:after="80"/>
        <w:rPr>
          <w:rFonts w:ascii="TH Sarabun New" w:hAnsi="TH Sarabun New" w:cs="TH Sarabun New"/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370E80" w:rsidRPr="00D75F33" w14:paraId="42736AA8" w14:textId="77777777">
        <w:trPr>
          <w:jc w:val="center"/>
        </w:trPr>
        <w:tc>
          <w:tcPr>
            <w:tcW w:w="5184" w:type="dxa"/>
          </w:tcPr>
          <w:p w14:paraId="7205C611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ผู้รับแจ้งภาระงาน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(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ครูผู้สอน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>)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 xml:space="preserve">(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นายศุภกิตติ์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บุญวงษา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)</w:t>
            </w:r>
            <w:proofErr w:type="gramEnd"/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ตำแหน่ง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ครู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โรงเรียนดงเย็นวิทยาคม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เดือน ......................... พ.ศ. ...........</w:t>
            </w:r>
          </w:p>
        </w:tc>
        <w:tc>
          <w:tcPr>
            <w:tcW w:w="5184" w:type="dxa"/>
          </w:tcPr>
          <w:p w14:paraId="628C7BBA" w14:textId="77777777" w:rsidR="00370E80" w:rsidRPr="00D75F33" w:rsidRDefault="000000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ผู้ตรวจสอบ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t xml:space="preserve"> / 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  <w:lang w:bidi="th-TH"/>
              </w:rPr>
              <w:t>งานทะเบียนวัดผล</w:t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b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(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ลงชื่อ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) ....................................................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  <w:t>( .................................................... )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หัวหน้างานวัดผลและประเมินผลการเรียน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br/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วันที่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เดือน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 xml:space="preserve"> ......................... 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พ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  <w:lang w:bidi="th-TH"/>
              </w:rPr>
              <w:t>ศ</w:t>
            </w:r>
            <w:r w:rsidRPr="00D75F33">
              <w:rPr>
                <w:rFonts w:ascii="TH Sarabun New" w:eastAsia="TH Sarabun New" w:hAnsi="TH Sarabun New" w:cs="TH Sarabun New"/>
                <w:color w:val="000000"/>
                <w:sz w:val="32"/>
                <w:szCs w:val="32"/>
              </w:rPr>
              <w:t>. ...........</w:t>
            </w:r>
          </w:p>
        </w:tc>
      </w:tr>
    </w:tbl>
    <w:p w14:paraId="60CF91EF" w14:textId="77777777" w:rsidR="005334E3" w:rsidRPr="00D75F33" w:rsidRDefault="005334E3">
      <w:pPr>
        <w:rPr>
          <w:rFonts w:ascii="TH Sarabun New" w:hAnsi="TH Sarabun New" w:cs="TH Sarabun New"/>
          <w:sz w:val="32"/>
          <w:szCs w:val="32"/>
        </w:rPr>
      </w:pPr>
    </w:p>
    <w:sectPr w:rsidR="005334E3" w:rsidRPr="00D75F33" w:rsidSect="00034616"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137385">
    <w:abstractNumId w:val="8"/>
  </w:num>
  <w:num w:numId="2" w16cid:durableId="492449652">
    <w:abstractNumId w:val="6"/>
  </w:num>
  <w:num w:numId="3" w16cid:durableId="1703629746">
    <w:abstractNumId w:val="5"/>
  </w:num>
  <w:num w:numId="4" w16cid:durableId="1113088751">
    <w:abstractNumId w:val="4"/>
  </w:num>
  <w:num w:numId="5" w16cid:durableId="1676609105">
    <w:abstractNumId w:val="7"/>
  </w:num>
  <w:num w:numId="6" w16cid:durableId="1570580924">
    <w:abstractNumId w:val="3"/>
  </w:num>
  <w:num w:numId="7" w16cid:durableId="1616865546">
    <w:abstractNumId w:val="2"/>
  </w:num>
  <w:num w:numId="8" w16cid:durableId="1369913750">
    <w:abstractNumId w:val="1"/>
  </w:num>
  <w:num w:numId="9" w16cid:durableId="1836457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0E80"/>
    <w:rsid w:val="005334E3"/>
    <w:rsid w:val="007E7248"/>
    <w:rsid w:val="00AA1D8D"/>
    <w:rsid w:val="00B47730"/>
    <w:rsid w:val="00CB0664"/>
    <w:rsid w:val="00D75F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F668B6"/>
  <w14:defaultImageDpi w14:val="300"/>
  <w15:docId w15:val="{C83C4483-D123-4063-ADA3-AE34F1BC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6766</Words>
  <Characters>38572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Jaturawit Wonglakorn</cp:lastModifiedBy>
  <cp:revision>3</cp:revision>
  <dcterms:created xsi:type="dcterms:W3CDTF">2013-12-23T23:15:00Z</dcterms:created>
  <dcterms:modified xsi:type="dcterms:W3CDTF">2026-10-23T06:09:00Z</dcterms:modified>
  <cp:category/>
</cp:coreProperties>
</file>