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200" w:after="80" w:line="276" w:lineRule="auto"/>
        <w:jc w:val="center"/>
      </w:pPr>
      <w:r>
        <w:rPr>
          <w:rFonts w:ascii="TH Sarabun New" w:hAnsi="TH Sarabun New"/>
          <w:b/>
          <w:i w:val="0"/>
          <w:color w:val="1B365D"/>
          <w:sz w:val="40"/>
          <w:rFonts w:ascii="TH Sarabun New" w:hAnsi="TH Sarabun New" w:eastAsia="TH Sarabun New" w:cs="TH Sarabun New"/>
        </w:rPr>
        <w:t>รายงานการตรวจสอบและติดตามการบันทึกผลการเรียนในระบบ SGS / ปพ.5</w:t>
      </w:r>
    </w:p>
    <w:p>
      <w:pPr>
        <w:spacing w:before="0" w:after="120" w:line="276" w:lineRule="auto"/>
        <w:jc w:val="center"/>
      </w:pPr>
      <w:r>
        <w:rPr>
          <w:rFonts w:ascii="TH Sarabun New" w:hAnsi="TH Sarabun New"/>
          <w:b/>
          <w:i w:val="0"/>
          <w:color w:val="C00000"/>
          <w:sz w:val="30"/>
          <w:rFonts w:ascii="TH Sarabun New" w:hAnsi="TH Sarabun New" w:eastAsia="TH Sarabun New" w:cs="TH Sarabun New"/>
        </w:rPr>
        <w:t>โรงเรียนดงเย็นวิทยาคม สำนักงานเขตพื้นที่การศึกษามัธยมศึกษาหนองคาย</w:t>
        <w:br/>
        <w:t>(ฉบับระบุปีการศึกษาและภาคเรียนทุกรายวิชา พร้อมกรองแยกกลุ่มนักเรียนแขวนลอย)</w:t>
      </w:r>
    </w:p>
    <w:p>
      <w:pPr>
        <w:spacing w:before="0" w:after="280" w:line="276" w:lineRule="auto"/>
        <w:jc w:val="right"/>
      </w:pPr>
      <w:r>
        <w:rPr>
          <w:rFonts w:ascii="TH Sarabun New" w:hAnsi="TH Sarabun New"/>
          <w:b w:val="0"/>
          <w:i/>
          <w:color w:val="787878"/>
          <w:sz w:val="26"/>
          <w:rFonts w:ascii="TH Sarabun New" w:hAnsi="TH Sarabun New" w:eastAsia="TH Sarabun New" w:cs="TH Sarabun New"/>
        </w:rPr>
        <w:t>ข้อมูลประมวลผล ณ วันที่ 23 ตุลาคม 2569 | ฝ่ายบริหารงานวิชาการและงานทะเบียนวัดผล</w:t>
      </w:r>
    </w:p>
    <w:p>
      <w:pPr>
        <w:spacing w:before="280" w:after="120" w:line="276" w:lineRule="auto"/>
        <w:jc w:val="left"/>
      </w:pPr>
      <w:r>
        <w:rPr>
          <w:rFonts w:ascii="TH Sarabun New" w:hAnsi="TH Sarabun New"/>
          <w:b/>
          <w:i w:val="0"/>
          <w:color w:val="1B365D"/>
          <w:sz w:val="34"/>
          <w:rFonts w:ascii="TH Sarabun New" w:hAnsi="TH Sarabun New" w:eastAsia="TH Sarabun New" w:cs="TH Sarabun New"/>
        </w:rPr>
        <w:t>1. บทสรุปภาพรวมและการจำแนกกลุ่มนักเรียนแขวนลอย</w:t>
      </w:r>
    </w:p>
    <w:p>
      <w:pPr>
        <w:spacing w:before="0" w:after="80" w:line="276" w:lineRule="auto"/>
        <w:jc w:val="left"/>
      </w:pPr>
      <w:r>
        <w:t xml:space="preserve">เอกสารฉบับนี้จัดทำขึ้นเพื่อติดตามการบันทึกคะแนน เกรด การอ่าน คิดวิเคราะห์ และเขียน (QGrade) คุณลักษณะอันพึงประสงค์ (LGrade) และกิจกรรมพัฒนาผู้เรียน โดยระบุ </w:t>
      </w:r>
      <w:r>
        <w:rPr>
          <w:rFonts w:ascii="TH Sarabun New" w:hAnsi="TH Sarabun New"/>
          <w:b/>
          <w:i w:val="0"/>
          <w:color w:val="000000"/>
          <w:sz w:val="30"/>
          <w:rFonts w:ascii="TH Sarabun New" w:hAnsi="TH Sarabun New" w:eastAsia="TH Sarabun New" w:cs="TH Sarabun New"/>
        </w:rPr>
        <w:t>ปีการศึกษา และ ภาคเรียน กำกับในทุกรายวิชาอย่างชัดเจน</w:t>
      </w:r>
      <w:r>
        <w:t xml:space="preserve"> พร้อมทั้งได้ทำการ </w:t>
      </w:r>
      <w:r>
        <w:rPr>
          <w:rFonts w:ascii="TH Sarabun New" w:hAnsi="TH Sarabun New"/>
          <w:b/>
          <w:i w:val="0"/>
          <w:color w:val="C00000"/>
          <w:sz w:val="30"/>
          <w:rFonts w:ascii="TH Sarabun New" w:hAnsi="TH Sarabun New" w:eastAsia="TH Sarabun New" w:cs="TH Sarabun New"/>
        </w:rPr>
        <w:t>กรองแยกกลุ่มนักเรียนแขวนลอย (Suspended/Inactive Students)</w:t>
      </w:r>
      <w:r>
        <w:t xml:space="preserve"> ออกจาก </w:t>
      </w:r>
      <w:r>
        <w:rPr>
          <w:rFonts w:ascii="TH Sarabun New" w:hAnsi="TH Sarabun New"/>
          <w:b/>
          <w:i w:val="0"/>
          <w:color w:val="008000"/>
          <w:sz w:val="30"/>
          <w:rFonts w:ascii="TH Sarabun New" w:hAnsi="TH Sarabun New" w:eastAsia="TH Sarabun New" w:cs="TH Sarabun New"/>
        </w:rPr>
        <w:t>กลุ่มนักเรียนปกติที่เรียนจริง (Regular Students)</w:t>
      </w:r>
      <w:r>
        <w:t xml:space="preserve"> เพื่อให้ฝ่ายวิชาการสามารถติดตามคุณครูผู้สอนได้ตรงจุดและเป็นธรรมแก่ผู้สอน ดังหลักการจำแนก:</w:t>
      </w:r>
    </w:p>
    <w:p>
      <w:pPr>
        <w:spacing w:before="40" w:after="40" w:line="276" w:lineRule="auto"/>
        <w:jc w:val="left"/>
      </w:pPr>
      <w:r>
        <w:rPr>
          <w:rFonts w:ascii="TH Sarabun New" w:hAnsi="TH Sarabun New"/>
          <w:b/>
          <w:i w:val="0"/>
          <w:color w:val="C00000"/>
          <w:sz w:val="30"/>
          <w:rFonts w:ascii="TH Sarabun New" w:hAnsi="TH Sarabun New" w:eastAsia="TH Sarabun New" w:cs="TH Sarabun New"/>
        </w:rPr>
        <w:t xml:space="preserve">  • กลุ่มนักเรียนปกติที่เรียนจริง (ต้องติดตามครูด่วน): </w:t>
      </w:r>
      <w:r>
        <w:t>เป็นนักเรียนที่มีตัวตนและเข้าเรียนตามปกติ แต่คุณครูผู้สอนยังไม่ได้ส่งผลคะแนน/เกรด/การประเมินลงในระบบ SGS ซึ่งเป็นภาระงานเร่งด่วนที่ต้องส่งผล</w:t>
      </w:r>
    </w:p>
    <w:p>
      <w:pPr>
        <w:spacing w:before="40" w:after="40" w:line="276" w:lineRule="auto"/>
        <w:jc w:val="left"/>
      </w:pPr>
      <w:r>
        <w:rPr>
          <w:rFonts w:ascii="TH Sarabun New" w:hAnsi="TH Sarabun New"/>
          <w:b/>
          <w:i w:val="0"/>
          <w:color w:val="505050"/>
          <w:sz w:val="30"/>
          <w:rFonts w:ascii="TH Sarabun New" w:hAnsi="TH Sarabun New" w:eastAsia="TH Sarabun New" w:cs="TH Sarabun New"/>
        </w:rPr>
        <w:t xml:space="preserve">  • กลุ่มนักเรียนแขวนลอย / ย้ายสถานศึกษา (สถานะตัดยอด / เกรด 0): </w:t>
      </w:r>
      <w:r>
        <w:t>เป็นนักเรียนที่ไม่มีตัวตนในชั้นเรียน ไม่มาเรียนตลอดภาคเรียน หรือลาออก/ย้ายไม่แจ้ง (26 คนตามทะเบียนระบบ + ไม่มาเรียน) งานวัดผลได้ปรับสถานะเป็น เกรด 0 หรือ มผ โดยไม่นำมาเป็นภาระงานติดตามคุณครูผู้สอน</w:t>
      </w:r>
    </w:p>
    <w:p>
      <w:pPr>
        <w:spacing w:before="40" w:after="80" w:line="276" w:lineRule="auto"/>
        <w:jc w:val="left"/>
      </w:pPr>
      <w:r>
        <w:rPr>
          <w:rFonts w:ascii="TH Sarabun New" w:hAnsi="TH Sarabun New"/>
          <w:b/>
          <w:i w:val="0"/>
          <w:color w:val="008000"/>
          <w:sz w:val="30"/>
          <w:rFonts w:ascii="TH Sarabun New" w:hAnsi="TH Sarabun New" w:eastAsia="TH Sarabun New" w:cs="TH Sarabun New"/>
        </w:rPr>
        <w:t xml:space="preserve">  • สรุปผลสัมฤทธิ์สำคัญในภาคเรียนที่ 1 ปีการศึกษา 2569: </w:t>
      </w:r>
      <w:r>
        <w:t xml:space="preserve">รายวิชาการที่พบว่าไม่มีการประเมิน Q/L/เกรด จำนวน 17 รายการ (โดยเฉพาะ ม.4/3 จำนวน 15 วิชา) </w:t>
      </w:r>
      <w:r>
        <w:rPr>
          <w:rFonts w:ascii="TH Sarabun New" w:hAnsi="TH Sarabun New"/>
          <w:b/>
          <w:i w:val="0"/>
          <w:color w:val="008000"/>
          <w:sz w:val="30"/>
          <w:rFonts w:ascii="TH Sarabun New" w:hAnsi="TH Sarabun New" w:eastAsia="TH Sarabun New" w:cs="TH Sarabun New"/>
        </w:rPr>
        <w:t>ทั้งหมด 100% เกิดจากนักเรียนแขวนลอย/ลาออก (นายธีระโชค ลาดน้อย) เพียงคนเดียว</w:t>
      </w:r>
      <w:r>
        <w:t xml:space="preserve"> ในส่วนของนักเรียนปกติที่คุณครูสอนในห้องเรียนจริง คุณครูทุกท่านได้บันทึกคะแนนและประเมินผลครบถ้วน 100% แล้ว</w:t>
      </w:r>
    </w:p>
    <w:p>
      <w:pPr>
        <w:spacing w:before="280" w:after="120" w:line="276" w:lineRule="auto"/>
        <w:jc w:val="left"/>
      </w:pPr>
      <w:r>
        <w:rPr>
          <w:rFonts w:ascii="TH Sarabun New" w:hAnsi="TH Sarabun New"/>
          <w:b/>
          <w:i w:val="0"/>
          <w:color w:val="1B365D"/>
          <w:sz w:val="34"/>
          <w:rFonts w:ascii="TH Sarabun New" w:hAnsi="TH Sarabun New" w:eastAsia="TH Sarabun New" w:cs="TH Sarabun New"/>
        </w:rPr>
        <w:t>2. รายชื่อนักเรียนและรายวิชาที่ไม่มีคะแนน/เกรดในระบบ ปพ.5 (ปีการศึกษา 2568)</w:t>
      </w:r>
    </w:p>
    <w:p>
      <w:pPr>
        <w:spacing w:before="0" w:after="80" w:line="276" w:lineRule="auto"/>
        <w:jc w:val="left"/>
      </w:pPr>
      <w:r>
        <w:t>จากการตรวจสอบข้อมูล ปพ.5 ปีการศึกษา 2568 มีนักเรียนที่ไม่มีคะแนนในระบบ (เกรด '-') จำนวน 11 คน รวม 56 รายการวิชา จำแนกตามปีการศึกษา ภาคเรียน และสถานะนักเรียนได้ดังนี้:</w:t>
      </w:r>
    </w:p>
    <w:p>
      <w:pPr>
        <w:spacing w:before="180" w:after="80" w:line="276" w:lineRule="auto"/>
        <w:jc w:val="left"/>
      </w:pPr>
      <w:r>
        <w:rPr>
          <w:rFonts w:ascii="TH Sarabun New" w:hAnsi="TH Sarabun New"/>
          <w:b/>
          <w:i w:val="0"/>
          <w:color w:val="2F5597"/>
          <w:sz w:val="31"/>
          <w:rFonts w:ascii="TH Sarabun New" w:hAnsi="TH Sarabun New" w:eastAsia="TH Sarabun New" w:cs="TH Sarabun New"/>
        </w:rPr>
        <w:t>2.1 กลุ่มนักเรียนปกติที่เรียนจริง (ระบุปี/ภาคเรียน - ต้องติดตามครูผู้สอนด่วน)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3D3D3"/>
          <w:bottom w:val="single" w:sz="6" w:space="0" w:color="D3D3D3"/>
          <w:left w:val="none"/>
          <w:right w:val="none"/>
          <w:insideH w:val="single" w:sz="4" w:space="0" w:color="E0E0E0"/>
          <w:insideV w:val="none"/>
        </w:tblBorders>
      </w:tblPr>
      <w:tblGrid>
        <w:gridCol w:w="1168"/>
        <w:gridCol w:w="1168"/>
        <w:gridCol w:w="1168"/>
        <w:gridCol w:w="1168"/>
        <w:gridCol w:w="1168"/>
        <w:gridCol w:w="1168"/>
        <w:gridCol w:w="1168"/>
        <w:gridCol w:w="1168"/>
        <w:gridCol w:w="1168"/>
      </w:tblGrid>
      <w:tr>
        <w:trPr>
          <w:tblHeader/>
        </w:trPr>
        <w:tc>
          <w:tcPr>
            <w:tcW w:type="dxa" w:w="1080"/>
            <w:shd w:fill="C00000"/>
            <w:tcMar>
              <w:top w:w="100" w:type="dxa"/>
              <w:bottom w:w="100" w:type="dxa"/>
              <w:left w:w="100" w:type="dxa"/>
              <w:right w:w="10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/>
                <w:i w:val="0"/>
                <w:color w:val="FFFFFF"/>
                <w:sz w:val="27"/>
                <w:rFonts w:ascii="TH Sarabun New" w:hAnsi="TH Sarabun New" w:eastAsia="TH Sarabun New" w:cs="TH Sarabun New"/>
              </w:rPr>
              <w:t>ปีการศึกษา</w:t>
            </w:r>
          </w:p>
        </w:tc>
        <w:tc>
          <w:tcPr>
            <w:tcW w:type="dxa" w:w="936"/>
            <w:shd w:fill="C00000"/>
            <w:tcMar>
              <w:top w:w="100" w:type="dxa"/>
              <w:bottom w:w="100" w:type="dxa"/>
              <w:left w:w="100" w:type="dxa"/>
              <w:right w:w="10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/>
                <w:i w:val="0"/>
                <w:color w:val="FFFFFF"/>
                <w:sz w:val="27"/>
                <w:rFonts w:ascii="TH Sarabun New" w:hAnsi="TH Sarabun New" w:eastAsia="TH Sarabun New" w:cs="TH Sarabun New"/>
              </w:rPr>
              <w:t>ภาคเรียน</w:t>
            </w:r>
          </w:p>
        </w:tc>
        <w:tc>
          <w:tcPr>
            <w:tcW w:type="dxa" w:w="1008"/>
            <w:shd w:fill="C00000"/>
            <w:tcMar>
              <w:top w:w="100" w:type="dxa"/>
              <w:bottom w:w="100" w:type="dxa"/>
              <w:left w:w="100" w:type="dxa"/>
              <w:right w:w="10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/>
                <w:i w:val="0"/>
                <w:color w:val="FFFFFF"/>
                <w:sz w:val="27"/>
                <w:rFonts w:ascii="TH Sarabun New" w:hAnsi="TH Sarabun New" w:eastAsia="TH Sarabun New" w:cs="TH Sarabun New"/>
              </w:rPr>
              <w:t>ชั้น/ห้อง</w:t>
            </w:r>
          </w:p>
        </w:tc>
        <w:tc>
          <w:tcPr>
            <w:tcW w:type="dxa" w:w="1224"/>
            <w:shd w:fill="C00000"/>
            <w:tcMar>
              <w:top w:w="100" w:type="dxa"/>
              <w:bottom w:w="100" w:type="dxa"/>
              <w:left w:w="100" w:type="dxa"/>
              <w:right w:w="10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/>
                <w:i w:val="0"/>
                <w:color w:val="FFFFFF"/>
                <w:sz w:val="27"/>
                <w:rFonts w:ascii="TH Sarabun New" w:hAnsi="TH Sarabun New" w:eastAsia="TH Sarabun New" w:cs="TH Sarabun New"/>
              </w:rPr>
              <w:t>รหัสนักเรียน</w:t>
            </w:r>
          </w:p>
        </w:tc>
        <w:tc>
          <w:tcPr>
            <w:tcW w:type="dxa" w:w="2160"/>
            <w:shd w:fill="C00000"/>
            <w:tcMar>
              <w:top w:w="100" w:type="dxa"/>
              <w:bottom w:w="100" w:type="dxa"/>
              <w:left w:w="100" w:type="dxa"/>
              <w:right w:w="10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/>
                <w:i w:val="0"/>
                <w:color w:val="FFFFFF"/>
                <w:sz w:val="27"/>
                <w:rFonts w:ascii="TH Sarabun New" w:hAnsi="TH Sarabun New" w:eastAsia="TH Sarabun New" w:cs="TH Sarabun New"/>
              </w:rPr>
              <w:t>ชื่อ - นามสกุล</w:t>
            </w:r>
          </w:p>
        </w:tc>
        <w:tc>
          <w:tcPr>
            <w:tcW w:type="dxa" w:w="1152"/>
            <w:shd w:fill="C00000"/>
            <w:tcMar>
              <w:top w:w="100" w:type="dxa"/>
              <w:bottom w:w="100" w:type="dxa"/>
              <w:left w:w="100" w:type="dxa"/>
              <w:right w:w="10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/>
                <w:i w:val="0"/>
                <w:color w:val="FFFFFF"/>
                <w:sz w:val="27"/>
                <w:rFonts w:ascii="TH Sarabun New" w:hAnsi="TH Sarabun New" w:eastAsia="TH Sarabun New" w:cs="TH Sarabun New"/>
              </w:rPr>
              <w:t>รหัสวิชา</w:t>
            </w:r>
          </w:p>
        </w:tc>
        <w:tc>
          <w:tcPr>
            <w:tcW w:type="dxa" w:w="2016"/>
            <w:shd w:fill="C00000"/>
            <w:tcMar>
              <w:top w:w="100" w:type="dxa"/>
              <w:bottom w:w="100" w:type="dxa"/>
              <w:left w:w="100" w:type="dxa"/>
              <w:right w:w="10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/>
                <w:i w:val="0"/>
                <w:color w:val="FFFFFF"/>
                <w:sz w:val="27"/>
                <w:rFonts w:ascii="TH Sarabun New" w:hAnsi="TH Sarabun New" w:eastAsia="TH Sarabun New" w:cs="TH Sarabun New"/>
              </w:rPr>
              <w:t>ชื่อวิชา</w:t>
            </w:r>
          </w:p>
        </w:tc>
        <w:tc>
          <w:tcPr>
            <w:tcW w:type="dxa" w:w="2160"/>
            <w:shd w:fill="C00000"/>
            <w:tcMar>
              <w:top w:w="100" w:type="dxa"/>
              <w:bottom w:w="100" w:type="dxa"/>
              <w:left w:w="100" w:type="dxa"/>
              <w:right w:w="10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/>
                <w:i w:val="0"/>
                <w:color w:val="FFFFFF"/>
                <w:sz w:val="27"/>
                <w:rFonts w:ascii="TH Sarabun New" w:hAnsi="TH Sarabun New" w:eastAsia="TH Sarabun New" w:cs="TH Sarabun New"/>
              </w:rPr>
              <w:t>ครูผู้สอน</w:t>
            </w:r>
          </w:p>
        </w:tc>
        <w:tc>
          <w:tcPr>
            <w:tcW w:type="dxa" w:w="1440"/>
            <w:shd w:fill="C00000"/>
            <w:tcMar>
              <w:top w:w="100" w:type="dxa"/>
              <w:bottom w:w="100" w:type="dxa"/>
              <w:left w:w="100" w:type="dxa"/>
              <w:right w:w="10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/>
                <w:i w:val="0"/>
                <w:color w:val="FFFFFF"/>
                <w:sz w:val="27"/>
                <w:rFonts w:ascii="TH Sarabun New" w:hAnsi="TH Sarabun New" w:eastAsia="TH Sarabun New" w:cs="TH Sarabun New"/>
              </w:rPr>
              <w:t>สถานะการติดตาม</w:t>
            </w:r>
          </w:p>
        </w:tc>
      </w:tr>
      <w:tr>
        <w:trPr>
          <w:cantSplit/>
        </w:trPr>
        <w:tc>
          <w:tcPr>
            <w:tcW w:type="dxa" w:w="1080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2568</w:t>
            </w:r>
          </w:p>
        </w:tc>
        <w:tc>
          <w:tcPr>
            <w:tcW w:type="dxa" w:w="936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2</w:t>
            </w:r>
          </w:p>
        </w:tc>
        <w:tc>
          <w:tcPr>
            <w:tcW w:type="dxa" w:w="1008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ม.4/1</w:t>
            </w:r>
          </w:p>
        </w:tc>
        <w:tc>
          <w:tcPr>
            <w:tcW w:type="dxa" w:w="1224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03448</w:t>
            </w:r>
          </w:p>
        </w:tc>
        <w:tc>
          <w:tcPr>
            <w:tcW w:type="dxa" w:w="2160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นายรัชชานนท์ สุทุม</w:t>
            </w:r>
          </w:p>
        </w:tc>
        <w:tc>
          <w:tcPr>
            <w:tcW w:type="dxa" w:w="1152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ก31906</w:t>
            </w:r>
          </w:p>
        </w:tc>
        <w:tc>
          <w:tcPr>
            <w:tcW w:type="dxa" w:w="2016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แนะแนว</w:t>
            </w:r>
          </w:p>
        </w:tc>
        <w:tc>
          <w:tcPr>
            <w:tcW w:type="dxa" w:w="2160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นางสาววิลาวัลย์ โสภาอุทก</w:t>
            </w:r>
          </w:p>
        </w:tc>
        <w:tc>
          <w:tcPr>
            <w:tcW w:type="dxa" w:w="1440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ติดตามครูกรอกผล</w:t>
            </w:r>
          </w:p>
        </w:tc>
      </w:tr>
      <w:tr>
        <w:trPr>
          <w:cantSplit/>
        </w:trPr>
        <w:tc>
          <w:tcPr>
            <w:tcW w:type="dxa" w:w="1080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2568</w:t>
            </w:r>
          </w:p>
        </w:tc>
        <w:tc>
          <w:tcPr>
            <w:tcW w:type="dxa" w:w="936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2</w:t>
            </w:r>
          </w:p>
        </w:tc>
        <w:tc>
          <w:tcPr>
            <w:tcW w:type="dxa" w:w="1008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ม.4/1</w:t>
            </w:r>
          </w:p>
        </w:tc>
        <w:tc>
          <w:tcPr>
            <w:tcW w:type="dxa" w:w="1224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03448</w:t>
            </w:r>
          </w:p>
        </w:tc>
        <w:tc>
          <w:tcPr>
            <w:tcW w:type="dxa" w:w="2160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นายรัชชานนท์ สุทุม</w:t>
            </w:r>
          </w:p>
        </w:tc>
        <w:tc>
          <w:tcPr>
            <w:tcW w:type="dxa" w:w="1152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ก31974</w:t>
            </w:r>
          </w:p>
        </w:tc>
        <w:tc>
          <w:tcPr>
            <w:tcW w:type="dxa" w:w="2016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ฝึกประสบการณ์วิชาชีพ</w:t>
            </w:r>
          </w:p>
        </w:tc>
        <w:tc>
          <w:tcPr>
            <w:tcW w:type="dxa" w:w="2160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นางสาวพัชญ์ชิสา อภิกุลวราศิษฐ์</w:t>
            </w:r>
          </w:p>
        </w:tc>
        <w:tc>
          <w:tcPr>
            <w:tcW w:type="dxa" w:w="1440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ติดตามครูกรอกผล</w:t>
            </w:r>
          </w:p>
        </w:tc>
      </w:tr>
      <w:tr>
        <w:trPr>
          <w:cantSplit/>
        </w:trPr>
        <w:tc>
          <w:tcPr>
            <w:tcW w:type="dxa" w:w="1080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2568</w:t>
            </w:r>
          </w:p>
        </w:tc>
        <w:tc>
          <w:tcPr>
            <w:tcW w:type="dxa" w:w="936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2</w:t>
            </w:r>
          </w:p>
        </w:tc>
        <w:tc>
          <w:tcPr>
            <w:tcW w:type="dxa" w:w="1008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ม.1/1</w:t>
            </w:r>
          </w:p>
        </w:tc>
        <w:tc>
          <w:tcPr>
            <w:tcW w:type="dxa" w:w="1224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03460</w:t>
            </w:r>
          </w:p>
        </w:tc>
        <w:tc>
          <w:tcPr>
            <w:tcW w:type="dxa" w:w="2160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นายธนบดี วงษ์มุน</w:t>
            </w:r>
          </w:p>
        </w:tc>
        <w:tc>
          <w:tcPr>
            <w:tcW w:type="dxa" w:w="1152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พ21103</w:t>
            </w:r>
          </w:p>
        </w:tc>
        <w:tc>
          <w:tcPr>
            <w:tcW w:type="dxa" w:w="2016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สุขศึกษาและพลศึกษา 2</w:t>
            </w:r>
          </w:p>
        </w:tc>
        <w:tc>
          <w:tcPr>
            <w:tcW w:type="dxa" w:w="2160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นายวีระพงษ์ บุตรสีทัด</w:t>
            </w:r>
          </w:p>
        </w:tc>
        <w:tc>
          <w:tcPr>
            <w:tcW w:type="dxa" w:w="1440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ติดตามครูกรอกผล</w:t>
            </w:r>
          </w:p>
        </w:tc>
      </w:tr>
    </w:tbl>
    <w:p>
      <w:pPr>
        <w:spacing w:before="180" w:after="80" w:line="276" w:lineRule="auto"/>
        <w:jc w:val="left"/>
      </w:pPr>
      <w:r>
        <w:rPr>
          <w:rFonts w:ascii="TH Sarabun New" w:hAnsi="TH Sarabun New"/>
          <w:b/>
          <w:i w:val="0"/>
          <w:color w:val="2F5597"/>
          <w:sz w:val="31"/>
          <w:rFonts w:ascii="TH Sarabun New" w:hAnsi="TH Sarabun New" w:eastAsia="TH Sarabun New" w:cs="TH Sarabun New"/>
        </w:rPr>
        <w:t>2.2 กลุ่มนักเรียนแขวนลอย / ย้ายสถานศึกษา (ระบุปี/ภาคเรียน - สถานะตัดยอด/เกรด 0)</w:t>
      </w:r>
    </w:p>
    <w:p>
      <w:pPr>
        <w:spacing w:before="0" w:after="80" w:line="276" w:lineRule="auto"/>
        <w:jc w:val="left"/>
      </w:pPr>
      <w:r>
        <w:t>นักเรียนจำนวน 9 คน ที่อยู่ในทะเบียนแขวนลอย หรือไม่มาเรียนตลอดภาคเรียน (ไม่มีคะแนนทุกรายวิชา) ระบบได้ทำการปรับปรุงเป็น เกรด 0 ตามระเบียบงานวัดผลแล้ว และไม่ต้องติดตามครูผู้สอน: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3D3D3"/>
          <w:bottom w:val="single" w:sz="6" w:space="0" w:color="D3D3D3"/>
          <w:left w:val="none"/>
          <w:right w:val="none"/>
          <w:insideH w:val="single" w:sz="4" w:space="0" w:color="E0E0E0"/>
          <w:insideV w:val="none"/>
        </w:tblBorders>
      </w:tblPr>
      <w:tblGrid>
        <w:gridCol w:w="1314"/>
        <w:gridCol w:w="1314"/>
        <w:gridCol w:w="1314"/>
        <w:gridCol w:w="1314"/>
        <w:gridCol w:w="1314"/>
        <w:gridCol w:w="1314"/>
        <w:gridCol w:w="1314"/>
        <w:gridCol w:w="1314"/>
      </w:tblGrid>
      <w:tr>
        <w:trPr>
          <w:tblHeader/>
        </w:trPr>
        <w:tc>
          <w:tcPr>
            <w:tcW w:type="dxa" w:w="1152"/>
            <w:shd w:fill="595959"/>
            <w:tcMar>
              <w:top w:w="100" w:type="dxa"/>
              <w:bottom w:w="100" w:type="dxa"/>
              <w:left w:w="100" w:type="dxa"/>
              <w:right w:w="10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/>
                <w:i w:val="0"/>
                <w:color w:val="FFFFFF"/>
                <w:sz w:val="27"/>
                <w:rFonts w:ascii="TH Sarabun New" w:hAnsi="TH Sarabun New" w:eastAsia="TH Sarabun New" w:cs="TH Sarabun New"/>
              </w:rPr>
              <w:t>ปีการศึกษา</w:t>
            </w:r>
          </w:p>
        </w:tc>
        <w:tc>
          <w:tcPr>
            <w:tcW w:type="dxa" w:w="1008"/>
            <w:shd w:fill="595959"/>
            <w:tcMar>
              <w:top w:w="100" w:type="dxa"/>
              <w:bottom w:w="100" w:type="dxa"/>
              <w:left w:w="100" w:type="dxa"/>
              <w:right w:w="10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/>
                <w:i w:val="0"/>
                <w:color w:val="FFFFFF"/>
                <w:sz w:val="27"/>
                <w:rFonts w:ascii="TH Sarabun New" w:hAnsi="TH Sarabun New" w:eastAsia="TH Sarabun New" w:cs="TH Sarabun New"/>
              </w:rPr>
              <w:t>ภาคเรียน</w:t>
            </w:r>
          </w:p>
        </w:tc>
        <w:tc>
          <w:tcPr>
            <w:tcW w:type="dxa" w:w="1080"/>
            <w:shd w:fill="595959"/>
            <w:tcMar>
              <w:top w:w="100" w:type="dxa"/>
              <w:bottom w:w="100" w:type="dxa"/>
              <w:left w:w="100" w:type="dxa"/>
              <w:right w:w="10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/>
                <w:i w:val="0"/>
                <w:color w:val="FFFFFF"/>
                <w:sz w:val="27"/>
                <w:rFonts w:ascii="TH Sarabun New" w:hAnsi="TH Sarabun New" w:eastAsia="TH Sarabun New" w:cs="TH Sarabun New"/>
              </w:rPr>
              <w:t>ชั้น/ห้อง</w:t>
            </w:r>
          </w:p>
        </w:tc>
        <w:tc>
          <w:tcPr>
            <w:tcW w:type="dxa" w:w="1224"/>
            <w:shd w:fill="595959"/>
            <w:tcMar>
              <w:top w:w="100" w:type="dxa"/>
              <w:bottom w:w="100" w:type="dxa"/>
              <w:left w:w="100" w:type="dxa"/>
              <w:right w:w="10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/>
                <w:i w:val="0"/>
                <w:color w:val="FFFFFF"/>
                <w:sz w:val="27"/>
                <w:rFonts w:ascii="TH Sarabun New" w:hAnsi="TH Sarabun New" w:eastAsia="TH Sarabun New" w:cs="TH Sarabun New"/>
              </w:rPr>
              <w:t>รหัสนักเรียน</w:t>
            </w:r>
          </w:p>
        </w:tc>
        <w:tc>
          <w:tcPr>
            <w:tcW w:type="dxa" w:w="2304"/>
            <w:shd w:fill="595959"/>
            <w:tcMar>
              <w:top w:w="100" w:type="dxa"/>
              <w:bottom w:w="100" w:type="dxa"/>
              <w:left w:w="100" w:type="dxa"/>
              <w:right w:w="10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/>
                <w:i w:val="0"/>
                <w:color w:val="FFFFFF"/>
                <w:sz w:val="27"/>
                <w:rFonts w:ascii="TH Sarabun New" w:hAnsi="TH Sarabun New" w:eastAsia="TH Sarabun New" w:cs="TH Sarabun New"/>
              </w:rPr>
              <w:t>ชื่อ - นามสกุล</w:t>
            </w:r>
          </w:p>
        </w:tc>
        <w:tc>
          <w:tcPr>
            <w:tcW w:type="dxa" w:w="1440"/>
            <w:shd w:fill="595959"/>
            <w:tcMar>
              <w:top w:w="100" w:type="dxa"/>
              <w:bottom w:w="100" w:type="dxa"/>
              <w:left w:w="100" w:type="dxa"/>
              <w:right w:w="10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/>
                <w:i w:val="0"/>
                <w:color w:val="FFFFFF"/>
                <w:sz w:val="27"/>
                <w:rFonts w:ascii="TH Sarabun New" w:hAnsi="TH Sarabun New" w:eastAsia="TH Sarabun New" w:cs="TH Sarabun New"/>
              </w:rPr>
              <w:t>จำนวนวิชาค้าง</w:t>
            </w:r>
          </w:p>
        </w:tc>
        <w:tc>
          <w:tcPr>
            <w:tcW w:type="dxa" w:w="2736"/>
            <w:shd w:fill="595959"/>
            <w:tcMar>
              <w:top w:w="100" w:type="dxa"/>
              <w:bottom w:w="100" w:type="dxa"/>
              <w:left w:w="100" w:type="dxa"/>
              <w:right w:w="10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/>
                <w:i w:val="0"/>
                <w:color w:val="FFFFFF"/>
                <w:sz w:val="27"/>
                <w:rFonts w:ascii="TH Sarabun New" w:hAnsi="TH Sarabun New" w:eastAsia="TH Sarabun New" w:cs="TH Sarabun New"/>
              </w:rPr>
              <w:t>สถานะทางการศึกษา</w:t>
            </w:r>
          </w:p>
        </w:tc>
        <w:tc>
          <w:tcPr>
            <w:tcW w:type="dxa" w:w="2160"/>
            <w:shd w:fill="595959"/>
            <w:tcMar>
              <w:top w:w="100" w:type="dxa"/>
              <w:bottom w:w="100" w:type="dxa"/>
              <w:left w:w="100" w:type="dxa"/>
              <w:right w:w="10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/>
                <w:i w:val="0"/>
                <w:color w:val="FFFFFF"/>
                <w:sz w:val="27"/>
                <w:rFonts w:ascii="TH Sarabun New" w:hAnsi="TH Sarabun New" w:eastAsia="TH Sarabun New" w:cs="TH Sarabun New"/>
              </w:rPr>
              <w:t>แนวทางบันทึกผล</w:t>
            </w:r>
          </w:p>
        </w:tc>
      </w:tr>
      <w:tr>
        <w:trPr>
          <w:cantSplit/>
        </w:trPr>
        <w:tc>
          <w:tcPr>
            <w:tcW w:type="dxa" w:w="1152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2568</w:t>
            </w:r>
          </w:p>
        </w:tc>
        <w:tc>
          <w:tcPr>
            <w:tcW w:type="dxa" w:w="1008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1 และ 2</w:t>
            </w:r>
          </w:p>
        </w:tc>
        <w:tc>
          <w:tcPr>
            <w:tcW w:type="dxa" w:w="1080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ม.1/2</w:t>
            </w:r>
          </w:p>
        </w:tc>
        <w:tc>
          <w:tcPr>
            <w:tcW w:type="dxa" w:w="1224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03502</w:t>
            </w:r>
          </w:p>
        </w:tc>
        <w:tc>
          <w:tcPr>
            <w:tcW w:type="dxa" w:w="2304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ด.ญ.เพ็ญนภา พรมวงษา</w:t>
            </w:r>
          </w:p>
        </w:tc>
        <w:tc>
          <w:tcPr>
            <w:tcW w:type="dxa" w:w="1440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16 วิชา</w:t>
            </w:r>
          </w:p>
        </w:tc>
        <w:tc>
          <w:tcPr>
            <w:tcW w:type="dxa" w:w="2736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ไม่มาเรียน/ย้ายไม่แจ้ง (ขาดทุกวิชา)</w:t>
            </w:r>
          </w:p>
        </w:tc>
        <w:tc>
          <w:tcPr>
            <w:tcW w:type="dxa" w:w="2160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บันทึกเกรด 0 (ตัดยอด)</w:t>
            </w:r>
          </w:p>
        </w:tc>
      </w:tr>
      <w:tr>
        <w:trPr>
          <w:cantSplit/>
        </w:trPr>
        <w:tc>
          <w:tcPr>
            <w:tcW w:type="dxa" w:w="1152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2568</w:t>
            </w:r>
          </w:p>
        </w:tc>
        <w:tc>
          <w:tcPr>
            <w:tcW w:type="dxa" w:w="1008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1 และ 2</w:t>
            </w:r>
          </w:p>
        </w:tc>
        <w:tc>
          <w:tcPr>
            <w:tcW w:type="dxa" w:w="1080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ม.3/2</w:t>
            </w:r>
          </w:p>
        </w:tc>
        <w:tc>
          <w:tcPr>
            <w:tcW w:type="dxa" w:w="1224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03359</w:t>
            </w:r>
          </w:p>
        </w:tc>
        <w:tc>
          <w:tcPr>
            <w:tcW w:type="dxa" w:w="2304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น.ส.ภาวิณี พินาพิศ</w:t>
            </w:r>
          </w:p>
        </w:tc>
        <w:tc>
          <w:tcPr>
            <w:tcW w:type="dxa" w:w="1440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righ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7 วิชา</w:t>
            </w:r>
          </w:p>
        </w:tc>
        <w:tc>
          <w:tcPr>
            <w:tcW w:type="dxa" w:w="2736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นักเรียนในทะเบียนแขวนลอย</w:t>
            </w:r>
          </w:p>
        </w:tc>
        <w:tc>
          <w:tcPr>
            <w:tcW w:type="dxa" w:w="2160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บันทึกเกรด 0 (ตัดยอด)</w:t>
            </w:r>
          </w:p>
        </w:tc>
      </w:tr>
      <w:tr>
        <w:trPr>
          <w:cantSplit/>
        </w:trPr>
        <w:tc>
          <w:tcPr>
            <w:tcW w:type="dxa" w:w="1152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2568</w:t>
            </w:r>
          </w:p>
        </w:tc>
        <w:tc>
          <w:tcPr>
            <w:tcW w:type="dxa" w:w="1008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1 และ 2</w:t>
            </w:r>
          </w:p>
        </w:tc>
        <w:tc>
          <w:tcPr>
            <w:tcW w:type="dxa" w:w="1080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ม.3/1</w:t>
            </w:r>
          </w:p>
        </w:tc>
        <w:tc>
          <w:tcPr>
            <w:tcW w:type="dxa" w:w="1224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03318</w:t>
            </w:r>
          </w:p>
        </w:tc>
        <w:tc>
          <w:tcPr>
            <w:tcW w:type="dxa" w:w="2304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นายยศพล โยคิน</w:t>
            </w:r>
          </w:p>
        </w:tc>
        <w:tc>
          <w:tcPr>
            <w:tcW w:type="dxa" w:w="1440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righ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7 วิชา</w:t>
            </w:r>
          </w:p>
        </w:tc>
        <w:tc>
          <w:tcPr>
            <w:tcW w:type="dxa" w:w="2736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นักเรียนในทะเบียนแขวนลอย</w:t>
            </w:r>
          </w:p>
        </w:tc>
        <w:tc>
          <w:tcPr>
            <w:tcW w:type="dxa" w:w="2160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บันทึกเกรด 0 (ตัดยอด)</w:t>
            </w:r>
          </w:p>
        </w:tc>
      </w:tr>
      <w:tr>
        <w:trPr>
          <w:cantSplit/>
        </w:trPr>
        <w:tc>
          <w:tcPr>
            <w:tcW w:type="dxa" w:w="1152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2568</w:t>
            </w:r>
          </w:p>
        </w:tc>
        <w:tc>
          <w:tcPr>
            <w:tcW w:type="dxa" w:w="1008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1 และ 2</w:t>
            </w:r>
          </w:p>
        </w:tc>
        <w:tc>
          <w:tcPr>
            <w:tcW w:type="dxa" w:w="1080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ม.3/1</w:t>
            </w:r>
          </w:p>
        </w:tc>
        <w:tc>
          <w:tcPr>
            <w:tcW w:type="dxa" w:w="1224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03321</w:t>
            </w:r>
          </w:p>
        </w:tc>
        <w:tc>
          <w:tcPr>
            <w:tcW w:type="dxa" w:w="2304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นายวัชรพล คนซื่อ</w:t>
            </w:r>
          </w:p>
        </w:tc>
        <w:tc>
          <w:tcPr>
            <w:tcW w:type="dxa" w:w="1440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righ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6 วิชา</w:t>
            </w:r>
          </w:p>
        </w:tc>
        <w:tc>
          <w:tcPr>
            <w:tcW w:type="dxa" w:w="2736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นักเรียนในทะเบียนแขวนลอย</w:t>
            </w:r>
          </w:p>
        </w:tc>
        <w:tc>
          <w:tcPr>
            <w:tcW w:type="dxa" w:w="2160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บันทึกเกรด 0 (ตัดยอด)</w:t>
            </w:r>
          </w:p>
        </w:tc>
      </w:tr>
      <w:tr>
        <w:trPr>
          <w:cantSplit/>
        </w:trPr>
        <w:tc>
          <w:tcPr>
            <w:tcW w:type="dxa" w:w="1152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2568</w:t>
            </w:r>
          </w:p>
        </w:tc>
        <w:tc>
          <w:tcPr>
            <w:tcW w:type="dxa" w:w="1008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1 และ 2</w:t>
            </w:r>
          </w:p>
        </w:tc>
        <w:tc>
          <w:tcPr>
            <w:tcW w:type="dxa" w:w="1080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ม.6/1</w:t>
            </w:r>
          </w:p>
        </w:tc>
        <w:tc>
          <w:tcPr>
            <w:tcW w:type="dxa" w:w="1224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03121</w:t>
            </w:r>
          </w:p>
        </w:tc>
        <w:tc>
          <w:tcPr>
            <w:tcW w:type="dxa" w:w="2304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นายคาวี เครือแก้ว</w:t>
            </w:r>
          </w:p>
        </w:tc>
        <w:tc>
          <w:tcPr>
            <w:tcW w:type="dxa" w:w="1440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righ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6 วิชา</w:t>
            </w:r>
          </w:p>
        </w:tc>
        <w:tc>
          <w:tcPr>
            <w:tcW w:type="dxa" w:w="2736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นักเรียนในทะเบียนแขวนลอย (ค้างสะสม)</w:t>
            </w:r>
          </w:p>
        </w:tc>
        <w:tc>
          <w:tcPr>
            <w:tcW w:type="dxa" w:w="2160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บันทึกเกรด 0 (ตัดยอด)</w:t>
            </w:r>
          </w:p>
        </w:tc>
      </w:tr>
      <w:tr>
        <w:trPr>
          <w:cantSplit/>
        </w:trPr>
        <w:tc>
          <w:tcPr>
            <w:tcW w:type="dxa" w:w="1152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2568</w:t>
            </w:r>
          </w:p>
        </w:tc>
        <w:tc>
          <w:tcPr>
            <w:tcW w:type="dxa" w:w="1008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1 และ 2</w:t>
            </w:r>
          </w:p>
        </w:tc>
        <w:tc>
          <w:tcPr>
            <w:tcW w:type="dxa" w:w="1080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ม.3/1</w:t>
            </w:r>
          </w:p>
        </w:tc>
        <w:tc>
          <w:tcPr>
            <w:tcW w:type="dxa" w:w="1224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03407</w:t>
            </w:r>
          </w:p>
        </w:tc>
        <w:tc>
          <w:tcPr>
            <w:tcW w:type="dxa" w:w="2304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นายสิทธิชัย พรมรังสี</w:t>
            </w:r>
          </w:p>
        </w:tc>
        <w:tc>
          <w:tcPr>
            <w:tcW w:type="dxa" w:w="1440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righ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4 วิชา</w:t>
            </w:r>
          </w:p>
        </w:tc>
        <w:tc>
          <w:tcPr>
            <w:tcW w:type="dxa" w:w="2736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นักเรียนในทะเบียนแขวนลอย</w:t>
            </w:r>
          </w:p>
        </w:tc>
        <w:tc>
          <w:tcPr>
            <w:tcW w:type="dxa" w:w="2160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บันทึกเกรด 0 (ตัดยอด)</w:t>
            </w:r>
          </w:p>
        </w:tc>
      </w:tr>
      <w:tr>
        <w:trPr>
          <w:cantSplit/>
        </w:trPr>
        <w:tc>
          <w:tcPr>
            <w:tcW w:type="dxa" w:w="1152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2568</w:t>
            </w:r>
          </w:p>
        </w:tc>
        <w:tc>
          <w:tcPr>
            <w:tcW w:type="dxa" w:w="1008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1 และ 2</w:t>
            </w:r>
          </w:p>
        </w:tc>
        <w:tc>
          <w:tcPr>
            <w:tcW w:type="dxa" w:w="1080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ม.3/1</w:t>
            </w:r>
          </w:p>
        </w:tc>
        <w:tc>
          <w:tcPr>
            <w:tcW w:type="dxa" w:w="1224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03322</w:t>
            </w:r>
          </w:p>
        </w:tc>
        <w:tc>
          <w:tcPr>
            <w:tcW w:type="dxa" w:w="2304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นายวัชรพล นาคเหม</w:t>
            </w:r>
          </w:p>
        </w:tc>
        <w:tc>
          <w:tcPr>
            <w:tcW w:type="dxa" w:w="1440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righ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4 วิชา</w:t>
            </w:r>
          </w:p>
        </w:tc>
        <w:tc>
          <w:tcPr>
            <w:tcW w:type="dxa" w:w="2736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นักเรียนในทะเบียนแขวนลอย</w:t>
            </w:r>
          </w:p>
        </w:tc>
        <w:tc>
          <w:tcPr>
            <w:tcW w:type="dxa" w:w="2160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บันทึกเกรด 0 (ตัดยอด)</w:t>
            </w:r>
          </w:p>
        </w:tc>
      </w:tr>
      <w:tr>
        <w:trPr>
          <w:cantSplit/>
        </w:trPr>
        <w:tc>
          <w:tcPr>
            <w:tcW w:type="dxa" w:w="1152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2568</w:t>
            </w:r>
          </w:p>
        </w:tc>
        <w:tc>
          <w:tcPr>
            <w:tcW w:type="dxa" w:w="1008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1</w:t>
            </w:r>
          </w:p>
        </w:tc>
        <w:tc>
          <w:tcPr>
            <w:tcW w:type="dxa" w:w="1080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ม.2/2</w:t>
            </w:r>
          </w:p>
        </w:tc>
        <w:tc>
          <w:tcPr>
            <w:tcW w:type="dxa" w:w="1224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03403</w:t>
            </w:r>
          </w:p>
        </w:tc>
        <w:tc>
          <w:tcPr>
            <w:tcW w:type="dxa" w:w="2304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ด.ญ.สุกรรณญา นารีดอกไม้</w:t>
            </w:r>
          </w:p>
        </w:tc>
        <w:tc>
          <w:tcPr>
            <w:tcW w:type="dxa" w:w="1440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2 วิชา</w:t>
            </w:r>
          </w:p>
        </w:tc>
        <w:tc>
          <w:tcPr>
            <w:tcW w:type="dxa" w:w="2736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นักเรียนในทะเบียนแขวนลอย</w:t>
            </w:r>
          </w:p>
        </w:tc>
        <w:tc>
          <w:tcPr>
            <w:tcW w:type="dxa" w:w="2160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บันทึกเกรด 0 (ตัดยอด)</w:t>
            </w:r>
          </w:p>
        </w:tc>
      </w:tr>
      <w:tr>
        <w:trPr>
          <w:cantSplit/>
        </w:trPr>
        <w:tc>
          <w:tcPr>
            <w:tcW w:type="dxa" w:w="1152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2568</w:t>
            </w:r>
          </w:p>
        </w:tc>
        <w:tc>
          <w:tcPr>
            <w:tcW w:type="dxa" w:w="1008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2</w:t>
            </w:r>
          </w:p>
        </w:tc>
        <w:tc>
          <w:tcPr>
            <w:tcW w:type="dxa" w:w="1080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ม.1/2</w:t>
            </w:r>
          </w:p>
        </w:tc>
        <w:tc>
          <w:tcPr>
            <w:tcW w:type="dxa" w:w="1224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03456</w:t>
            </w:r>
          </w:p>
        </w:tc>
        <w:tc>
          <w:tcPr>
            <w:tcW w:type="dxa" w:w="2304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ด.ช.ฆ้องชัย ศรีสอาด</w:t>
            </w:r>
          </w:p>
        </w:tc>
        <w:tc>
          <w:tcPr>
            <w:tcW w:type="dxa" w:w="1440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1 วิชา</w:t>
            </w:r>
          </w:p>
        </w:tc>
        <w:tc>
          <w:tcPr>
            <w:tcW w:type="dxa" w:w="2736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นักเรียนในทะเบียนแขวนลอย</w:t>
            </w:r>
          </w:p>
        </w:tc>
        <w:tc>
          <w:tcPr>
            <w:tcW w:type="dxa" w:w="2160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บันทึกเกรด 0 (ตัดยอด)</w:t>
            </w:r>
          </w:p>
        </w:tc>
      </w:tr>
    </w:tbl>
    <w:p>
      <w:pPr>
        <w:spacing w:before="280" w:after="120" w:line="276" w:lineRule="auto"/>
        <w:jc w:val="left"/>
      </w:pPr>
      <w:r>
        <w:rPr>
          <w:rFonts w:ascii="TH Sarabun New" w:hAnsi="TH Sarabun New"/>
          <w:b/>
          <w:i w:val="0"/>
          <w:color w:val="1B365D"/>
          <w:sz w:val="34"/>
          <w:rFonts w:ascii="TH Sarabun New" w:hAnsi="TH Sarabun New" w:eastAsia="TH Sarabun New" w:cs="TH Sarabun New"/>
        </w:rPr>
        <w:t>3. การประเมิน 'การอ่าน คิดวิเคราะห์ และเขียน' (QGrade ปี 2568) ระบุปีและภาคเรียน</w:t>
      </w:r>
    </w:p>
    <w:p>
      <w:pPr>
        <w:spacing w:before="0" w:after="80" w:line="276" w:lineRule="auto"/>
        <w:jc w:val="left"/>
      </w:pPr>
      <w:r>
        <w:t xml:space="preserve">ยอดรวมที่ไม่ได้รับการประเมิน QGrade ในปีการศึกษา 2568 มีทั้งหมด 1,166 รายการ จำแนกเป็น </w:t>
      </w:r>
      <w:r>
        <w:rPr>
          <w:rFonts w:ascii="TH Sarabun New" w:hAnsi="TH Sarabun New"/>
          <w:b/>
          <w:i w:val="0"/>
          <w:color w:val="C00000"/>
          <w:sz w:val="30"/>
          <w:rFonts w:ascii="TH Sarabun New" w:hAnsi="TH Sarabun New" w:eastAsia="TH Sarabun New" w:cs="TH Sarabun New"/>
        </w:rPr>
        <w:t>กลุ่มนักเรียนปกติ 1,092 รายการ</w:t>
      </w:r>
      <w:r>
        <w:t xml:space="preserve"> (ที่ครูผู้สอนยังไม่ได้ส่งผลทั้งห้องเรียน) และ </w:t>
      </w:r>
      <w:r>
        <w:rPr>
          <w:rFonts w:ascii="TH Sarabun New" w:hAnsi="TH Sarabun New"/>
          <w:b/>
          <w:i w:val="0"/>
          <w:color w:val="505050"/>
          <w:sz w:val="30"/>
          <w:rFonts w:ascii="TH Sarabun New" w:hAnsi="TH Sarabun New" w:eastAsia="TH Sarabun New" w:cs="TH Sarabun New"/>
        </w:rPr>
        <w:t>กลุ่มนักเรียนแขวนลอย 74 รายการ</w:t>
      </w:r>
      <w:r>
        <w:t xml:space="preserve"> โดยมีรายละเอียดระบุปีการศึกษาและภาคเรียนทุกวิชา ดังนี้:</w:t>
      </w:r>
    </w:p>
    <w:p>
      <w:pPr>
        <w:spacing w:before="180" w:after="80" w:line="276" w:lineRule="auto"/>
        <w:jc w:val="left"/>
      </w:pPr>
      <w:r>
        <w:rPr>
          <w:rFonts w:ascii="TH Sarabun New" w:hAnsi="TH Sarabun New"/>
          <w:b/>
          <w:i w:val="0"/>
          <w:color w:val="2F5597"/>
          <w:sz w:val="31"/>
          <w:rFonts w:ascii="TH Sarabun New" w:hAnsi="TH Sarabun New" w:eastAsia="TH Sarabun New" w:cs="TH Sarabun New"/>
        </w:rPr>
        <w:t>3.1 รายวิชาที่ยังค้างประเมินนักเรียนปกติทั้งห้องเรียน (ระบุปีการศึกษาและภาคเรียน)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3D3D3"/>
          <w:bottom w:val="single" w:sz="6" w:space="0" w:color="D3D3D3"/>
          <w:left w:val="none"/>
          <w:right w:val="none"/>
          <w:insideH w:val="single" w:sz="4" w:space="0" w:color="E0E0E0"/>
          <w:insideV w:val="none"/>
        </w:tblBorders>
      </w:tblPr>
      <w:tblGrid>
        <w:gridCol w:w="1314"/>
        <w:gridCol w:w="1314"/>
        <w:gridCol w:w="1314"/>
        <w:gridCol w:w="1314"/>
        <w:gridCol w:w="1314"/>
        <w:gridCol w:w="1314"/>
        <w:gridCol w:w="1314"/>
        <w:gridCol w:w="1314"/>
      </w:tblGrid>
      <w:tr>
        <w:trPr>
          <w:tblHeader/>
        </w:trPr>
        <w:tc>
          <w:tcPr>
            <w:tcW w:type="dxa" w:w="1080"/>
            <w:shd w:fill="1F4E79"/>
            <w:tcMar>
              <w:top w:w="100" w:type="dxa"/>
              <w:bottom w:w="100" w:type="dxa"/>
              <w:left w:w="100" w:type="dxa"/>
              <w:right w:w="10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/>
                <w:i w:val="0"/>
                <w:color w:val="FFFFFF"/>
                <w:sz w:val="27"/>
                <w:rFonts w:ascii="TH Sarabun New" w:hAnsi="TH Sarabun New" w:eastAsia="TH Sarabun New" w:cs="TH Sarabun New"/>
              </w:rPr>
              <w:t>ปีการศึกษา</w:t>
            </w:r>
          </w:p>
        </w:tc>
        <w:tc>
          <w:tcPr>
            <w:tcW w:type="dxa" w:w="936"/>
            <w:shd w:fill="1F4E79"/>
            <w:tcMar>
              <w:top w:w="100" w:type="dxa"/>
              <w:bottom w:w="100" w:type="dxa"/>
              <w:left w:w="100" w:type="dxa"/>
              <w:right w:w="10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/>
                <w:i w:val="0"/>
                <w:color w:val="FFFFFF"/>
                <w:sz w:val="27"/>
                <w:rFonts w:ascii="TH Sarabun New" w:hAnsi="TH Sarabun New" w:eastAsia="TH Sarabun New" w:cs="TH Sarabun New"/>
              </w:rPr>
              <w:t>ภาคเรียน</w:t>
            </w:r>
          </w:p>
        </w:tc>
        <w:tc>
          <w:tcPr>
            <w:tcW w:type="dxa" w:w="936"/>
            <w:shd w:fill="1F4E79"/>
            <w:tcMar>
              <w:top w:w="100" w:type="dxa"/>
              <w:bottom w:w="100" w:type="dxa"/>
              <w:left w:w="100" w:type="dxa"/>
              <w:right w:w="10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/>
                <w:i w:val="0"/>
                <w:color w:val="FFFFFF"/>
                <w:sz w:val="27"/>
                <w:rFonts w:ascii="TH Sarabun New" w:hAnsi="TH Sarabun New" w:eastAsia="TH Sarabun New" w:cs="TH Sarabun New"/>
              </w:rPr>
              <w:t>ชั้น</w:t>
            </w:r>
          </w:p>
        </w:tc>
        <w:tc>
          <w:tcPr>
            <w:tcW w:type="dxa" w:w="1224"/>
            <w:shd w:fill="1F4E79"/>
            <w:tcMar>
              <w:top w:w="100" w:type="dxa"/>
              <w:bottom w:w="100" w:type="dxa"/>
              <w:left w:w="100" w:type="dxa"/>
              <w:right w:w="10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/>
                <w:i w:val="0"/>
                <w:color w:val="FFFFFF"/>
                <w:sz w:val="27"/>
                <w:rFonts w:ascii="TH Sarabun New" w:hAnsi="TH Sarabun New" w:eastAsia="TH Sarabun New" w:cs="TH Sarabun New"/>
              </w:rPr>
              <w:t>รหัสวิชา</w:t>
            </w:r>
          </w:p>
        </w:tc>
        <w:tc>
          <w:tcPr>
            <w:tcW w:type="dxa" w:w="2592"/>
            <w:shd w:fill="1F4E79"/>
            <w:tcMar>
              <w:top w:w="100" w:type="dxa"/>
              <w:bottom w:w="100" w:type="dxa"/>
              <w:left w:w="100" w:type="dxa"/>
              <w:right w:w="10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/>
                <w:i w:val="0"/>
                <w:color w:val="FFFFFF"/>
                <w:sz w:val="27"/>
                <w:rFonts w:ascii="TH Sarabun New" w:hAnsi="TH Sarabun New" w:eastAsia="TH Sarabun New" w:cs="TH Sarabun New"/>
              </w:rPr>
              <w:t>ชื่อวิชา</w:t>
            </w:r>
          </w:p>
        </w:tc>
        <w:tc>
          <w:tcPr>
            <w:tcW w:type="dxa" w:w="2376"/>
            <w:shd w:fill="1F4E79"/>
            <w:tcMar>
              <w:top w:w="100" w:type="dxa"/>
              <w:bottom w:w="100" w:type="dxa"/>
              <w:left w:w="100" w:type="dxa"/>
              <w:right w:w="10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/>
                <w:i w:val="0"/>
                <w:color w:val="FFFFFF"/>
                <w:sz w:val="27"/>
                <w:rFonts w:ascii="TH Sarabun New" w:hAnsi="TH Sarabun New" w:eastAsia="TH Sarabun New" w:cs="TH Sarabun New"/>
              </w:rPr>
              <w:t>ครูผู้สอน</w:t>
            </w:r>
          </w:p>
        </w:tc>
        <w:tc>
          <w:tcPr>
            <w:tcW w:type="dxa" w:w="1152"/>
            <w:shd w:fill="1F4E79"/>
            <w:tcMar>
              <w:top w:w="100" w:type="dxa"/>
              <w:bottom w:w="100" w:type="dxa"/>
              <w:left w:w="100" w:type="dxa"/>
              <w:right w:w="10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/>
                <w:i w:val="0"/>
                <w:color w:val="FFFFFF"/>
                <w:sz w:val="27"/>
                <w:rFonts w:ascii="TH Sarabun New" w:hAnsi="TH Sarabun New" w:eastAsia="TH Sarabun New" w:cs="TH Sarabun New"/>
              </w:rPr>
              <w:t>นร.ปกติค้าง</w:t>
            </w:r>
          </w:p>
        </w:tc>
        <w:tc>
          <w:tcPr>
            <w:tcW w:type="dxa" w:w="1008"/>
            <w:shd w:fill="1F4E79"/>
            <w:tcMar>
              <w:top w:w="100" w:type="dxa"/>
              <w:bottom w:w="100" w:type="dxa"/>
              <w:left w:w="100" w:type="dxa"/>
              <w:right w:w="10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/>
                <w:i w:val="0"/>
                <w:color w:val="FFFFFF"/>
                <w:sz w:val="27"/>
                <w:rFonts w:ascii="TH Sarabun New" w:hAnsi="TH Sarabun New" w:eastAsia="TH Sarabun New" w:cs="TH Sarabun New"/>
              </w:rPr>
              <w:t>แขวนลอย</w:t>
            </w:r>
          </w:p>
        </w:tc>
      </w:tr>
      <w:tr>
        <w:trPr>
          <w:cantSplit/>
        </w:trPr>
        <w:tc>
          <w:tcPr>
            <w:tcW w:type="dxa" w:w="1080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2568</w:t>
            </w:r>
          </w:p>
        </w:tc>
        <w:tc>
          <w:tcPr>
            <w:tcW w:type="dxa" w:w="936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1</w:t>
            </w:r>
          </w:p>
        </w:tc>
        <w:tc>
          <w:tcPr>
            <w:tcW w:type="dxa" w:w="936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ม.1/1</w:t>
            </w:r>
          </w:p>
        </w:tc>
        <w:tc>
          <w:tcPr>
            <w:tcW w:type="dxa" w:w="1224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ค21101</w:t>
            </w:r>
          </w:p>
        </w:tc>
        <w:tc>
          <w:tcPr>
            <w:tcW w:type="dxa" w:w="2592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คณิตศาสตร์ 1</w:t>
            </w:r>
          </w:p>
        </w:tc>
        <w:tc>
          <w:tcPr>
            <w:tcW w:type="dxa" w:w="2376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นางสาววิลาวัลย์ โสภาอุทก</w:t>
            </w:r>
          </w:p>
        </w:tc>
        <w:tc>
          <w:tcPr>
            <w:tcW w:type="dxa" w:w="1152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23 คน</w:t>
            </w:r>
          </w:p>
        </w:tc>
        <w:tc>
          <w:tcPr>
            <w:tcW w:type="dxa" w:w="1008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-</w:t>
            </w:r>
          </w:p>
        </w:tc>
      </w:tr>
      <w:tr>
        <w:trPr>
          <w:cantSplit/>
        </w:trPr>
        <w:tc>
          <w:tcPr>
            <w:tcW w:type="dxa" w:w="1080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2568</w:t>
            </w:r>
          </w:p>
        </w:tc>
        <w:tc>
          <w:tcPr>
            <w:tcW w:type="dxa" w:w="936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1</w:t>
            </w:r>
          </w:p>
        </w:tc>
        <w:tc>
          <w:tcPr>
            <w:tcW w:type="dxa" w:w="936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ม.1/2</w:t>
            </w:r>
          </w:p>
        </w:tc>
        <w:tc>
          <w:tcPr>
            <w:tcW w:type="dxa" w:w="1224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ค21101</w:t>
            </w:r>
          </w:p>
        </w:tc>
        <w:tc>
          <w:tcPr>
            <w:tcW w:type="dxa" w:w="2592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คณิตศาสตร์ 1</w:t>
            </w:r>
          </w:p>
        </w:tc>
        <w:tc>
          <w:tcPr>
            <w:tcW w:type="dxa" w:w="2376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นางสาววิลาวัลย์ โสภาอุทก</w:t>
            </w:r>
          </w:p>
        </w:tc>
        <w:tc>
          <w:tcPr>
            <w:tcW w:type="dxa" w:w="1152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22 คน</w:t>
            </w:r>
          </w:p>
        </w:tc>
        <w:tc>
          <w:tcPr>
            <w:tcW w:type="dxa" w:w="1008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1 คน</w:t>
            </w:r>
          </w:p>
        </w:tc>
      </w:tr>
      <w:tr>
        <w:trPr>
          <w:cantSplit/>
        </w:trPr>
        <w:tc>
          <w:tcPr>
            <w:tcW w:type="dxa" w:w="1080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2568</w:t>
            </w:r>
          </w:p>
        </w:tc>
        <w:tc>
          <w:tcPr>
            <w:tcW w:type="dxa" w:w="936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1</w:t>
            </w:r>
          </w:p>
        </w:tc>
        <w:tc>
          <w:tcPr>
            <w:tcW w:type="dxa" w:w="936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ม.1/2</w:t>
            </w:r>
          </w:p>
        </w:tc>
        <w:tc>
          <w:tcPr>
            <w:tcW w:type="dxa" w:w="1224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ง21261</w:t>
            </w:r>
          </w:p>
        </w:tc>
        <w:tc>
          <w:tcPr>
            <w:tcW w:type="dxa" w:w="2592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พันธุ์ไม้สร้างรายได้</w:t>
            </w:r>
          </w:p>
        </w:tc>
        <w:tc>
          <w:tcPr>
            <w:tcW w:type="dxa" w:w="2376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นางสาวพาณิชย์ เบ้าแก้ว</w:t>
            </w:r>
          </w:p>
        </w:tc>
        <w:tc>
          <w:tcPr>
            <w:tcW w:type="dxa" w:w="1152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righ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6 คน</w:t>
            </w:r>
          </w:p>
        </w:tc>
        <w:tc>
          <w:tcPr>
            <w:tcW w:type="dxa" w:w="1008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-</w:t>
            </w:r>
          </w:p>
        </w:tc>
      </w:tr>
      <w:tr>
        <w:trPr>
          <w:cantSplit/>
        </w:trPr>
        <w:tc>
          <w:tcPr>
            <w:tcW w:type="dxa" w:w="1080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2568</w:t>
            </w:r>
          </w:p>
        </w:tc>
        <w:tc>
          <w:tcPr>
            <w:tcW w:type="dxa" w:w="936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1</w:t>
            </w:r>
          </w:p>
        </w:tc>
        <w:tc>
          <w:tcPr>
            <w:tcW w:type="dxa" w:w="936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ม.2/1</w:t>
            </w:r>
          </w:p>
        </w:tc>
        <w:tc>
          <w:tcPr>
            <w:tcW w:type="dxa" w:w="1224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พ22102</w:t>
            </w:r>
          </w:p>
        </w:tc>
        <w:tc>
          <w:tcPr>
            <w:tcW w:type="dxa" w:w="2592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ตะกร้อ</w:t>
            </w:r>
          </w:p>
        </w:tc>
        <w:tc>
          <w:tcPr>
            <w:tcW w:type="dxa" w:w="2376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นายวีระพงษ์ บุตรสีทัด</w:t>
            </w:r>
          </w:p>
        </w:tc>
        <w:tc>
          <w:tcPr>
            <w:tcW w:type="dxa" w:w="1152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19 คน</w:t>
            </w:r>
          </w:p>
        </w:tc>
        <w:tc>
          <w:tcPr>
            <w:tcW w:type="dxa" w:w="1008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-</w:t>
            </w:r>
          </w:p>
        </w:tc>
      </w:tr>
      <w:tr>
        <w:trPr>
          <w:cantSplit/>
        </w:trPr>
        <w:tc>
          <w:tcPr>
            <w:tcW w:type="dxa" w:w="1080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2568</w:t>
            </w:r>
          </w:p>
        </w:tc>
        <w:tc>
          <w:tcPr>
            <w:tcW w:type="dxa" w:w="936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1</w:t>
            </w:r>
          </w:p>
        </w:tc>
        <w:tc>
          <w:tcPr>
            <w:tcW w:type="dxa" w:w="936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ม.2/1</w:t>
            </w:r>
          </w:p>
        </w:tc>
        <w:tc>
          <w:tcPr>
            <w:tcW w:type="dxa" w:w="1224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ว22201</w:t>
            </w:r>
          </w:p>
        </w:tc>
        <w:tc>
          <w:tcPr>
            <w:tcW w:type="dxa" w:w="2592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โครงงานสำรวจ</w:t>
            </w:r>
          </w:p>
        </w:tc>
        <w:tc>
          <w:tcPr>
            <w:tcW w:type="dxa" w:w="2376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นายจตุรวิทย์ วงละคร</w:t>
            </w:r>
          </w:p>
        </w:tc>
        <w:tc>
          <w:tcPr>
            <w:tcW w:type="dxa" w:w="1152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19 คน</w:t>
            </w:r>
          </w:p>
        </w:tc>
        <w:tc>
          <w:tcPr>
            <w:tcW w:type="dxa" w:w="1008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-</w:t>
            </w:r>
          </w:p>
        </w:tc>
      </w:tr>
      <w:tr>
        <w:trPr>
          <w:cantSplit/>
        </w:trPr>
        <w:tc>
          <w:tcPr>
            <w:tcW w:type="dxa" w:w="1080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2568</w:t>
            </w:r>
          </w:p>
        </w:tc>
        <w:tc>
          <w:tcPr>
            <w:tcW w:type="dxa" w:w="936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1</w:t>
            </w:r>
          </w:p>
        </w:tc>
        <w:tc>
          <w:tcPr>
            <w:tcW w:type="dxa" w:w="936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ม.2/2</w:t>
            </w:r>
          </w:p>
        </w:tc>
        <w:tc>
          <w:tcPr>
            <w:tcW w:type="dxa" w:w="1224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ง22101</w:t>
            </w:r>
          </w:p>
        </w:tc>
        <w:tc>
          <w:tcPr>
            <w:tcW w:type="dxa" w:w="2592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การงานอาชีพและเทคโนโลยี 3</w:t>
            </w:r>
          </w:p>
        </w:tc>
        <w:tc>
          <w:tcPr>
            <w:tcW w:type="dxa" w:w="2376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นางสาวพาณิชย์ เบ้าแก้ว</w:t>
            </w:r>
          </w:p>
        </w:tc>
        <w:tc>
          <w:tcPr>
            <w:tcW w:type="dxa" w:w="1152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18 คน</w:t>
            </w:r>
          </w:p>
        </w:tc>
        <w:tc>
          <w:tcPr>
            <w:tcW w:type="dxa" w:w="1008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1 คน</w:t>
            </w:r>
          </w:p>
        </w:tc>
      </w:tr>
      <w:tr>
        <w:trPr>
          <w:cantSplit/>
        </w:trPr>
        <w:tc>
          <w:tcPr>
            <w:tcW w:type="dxa" w:w="1080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2568</w:t>
            </w:r>
          </w:p>
        </w:tc>
        <w:tc>
          <w:tcPr>
            <w:tcW w:type="dxa" w:w="936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1</w:t>
            </w:r>
          </w:p>
        </w:tc>
        <w:tc>
          <w:tcPr>
            <w:tcW w:type="dxa" w:w="936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ม.2/2</w:t>
            </w:r>
          </w:p>
        </w:tc>
        <w:tc>
          <w:tcPr>
            <w:tcW w:type="dxa" w:w="1224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พ22102</w:t>
            </w:r>
          </w:p>
        </w:tc>
        <w:tc>
          <w:tcPr>
            <w:tcW w:type="dxa" w:w="2592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ตะกร้อ</w:t>
            </w:r>
          </w:p>
        </w:tc>
        <w:tc>
          <w:tcPr>
            <w:tcW w:type="dxa" w:w="2376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นายวีระพงษ์ บุตรสีทัด</w:t>
            </w:r>
          </w:p>
        </w:tc>
        <w:tc>
          <w:tcPr>
            <w:tcW w:type="dxa" w:w="1152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18 คน</w:t>
            </w:r>
          </w:p>
        </w:tc>
        <w:tc>
          <w:tcPr>
            <w:tcW w:type="dxa" w:w="1008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1 คน</w:t>
            </w:r>
          </w:p>
        </w:tc>
      </w:tr>
      <w:tr>
        <w:trPr>
          <w:cantSplit/>
        </w:trPr>
        <w:tc>
          <w:tcPr>
            <w:tcW w:type="dxa" w:w="1080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2568</w:t>
            </w:r>
          </w:p>
        </w:tc>
        <w:tc>
          <w:tcPr>
            <w:tcW w:type="dxa" w:w="936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1</w:t>
            </w:r>
          </w:p>
        </w:tc>
        <w:tc>
          <w:tcPr>
            <w:tcW w:type="dxa" w:w="936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ม.2/2</w:t>
            </w:r>
          </w:p>
        </w:tc>
        <w:tc>
          <w:tcPr>
            <w:tcW w:type="dxa" w:w="1224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ว22201</w:t>
            </w:r>
          </w:p>
        </w:tc>
        <w:tc>
          <w:tcPr>
            <w:tcW w:type="dxa" w:w="2592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โครงงานสำรวจ</w:t>
            </w:r>
          </w:p>
        </w:tc>
        <w:tc>
          <w:tcPr>
            <w:tcW w:type="dxa" w:w="2376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นายจตุรวิทย์ วงละคร</w:t>
            </w:r>
          </w:p>
        </w:tc>
        <w:tc>
          <w:tcPr>
            <w:tcW w:type="dxa" w:w="1152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18 คน</w:t>
            </w:r>
          </w:p>
        </w:tc>
        <w:tc>
          <w:tcPr>
            <w:tcW w:type="dxa" w:w="1008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1 คน</w:t>
            </w:r>
          </w:p>
        </w:tc>
      </w:tr>
      <w:tr>
        <w:trPr>
          <w:cantSplit/>
        </w:trPr>
        <w:tc>
          <w:tcPr>
            <w:tcW w:type="dxa" w:w="1080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2568</w:t>
            </w:r>
          </w:p>
        </w:tc>
        <w:tc>
          <w:tcPr>
            <w:tcW w:type="dxa" w:w="936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1</w:t>
            </w:r>
          </w:p>
        </w:tc>
        <w:tc>
          <w:tcPr>
            <w:tcW w:type="dxa" w:w="936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ม.3/1</w:t>
            </w:r>
          </w:p>
        </w:tc>
        <w:tc>
          <w:tcPr>
            <w:tcW w:type="dxa" w:w="1224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ค23101</w:t>
            </w:r>
          </w:p>
        </w:tc>
        <w:tc>
          <w:tcPr>
            <w:tcW w:type="dxa" w:w="2592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คณิตศาสตร์ 5</w:t>
            </w:r>
          </w:p>
        </w:tc>
        <w:tc>
          <w:tcPr>
            <w:tcW w:type="dxa" w:w="2376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นางสาววิลาวัลย์ โสภาอุทก</w:t>
            </w:r>
          </w:p>
        </w:tc>
        <w:tc>
          <w:tcPr>
            <w:tcW w:type="dxa" w:w="1152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25 คน</w:t>
            </w:r>
          </w:p>
        </w:tc>
        <w:tc>
          <w:tcPr>
            <w:tcW w:type="dxa" w:w="1008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righ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4 คน</w:t>
            </w:r>
          </w:p>
        </w:tc>
      </w:tr>
      <w:tr>
        <w:trPr>
          <w:cantSplit/>
        </w:trPr>
        <w:tc>
          <w:tcPr>
            <w:tcW w:type="dxa" w:w="1080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2568</w:t>
            </w:r>
          </w:p>
        </w:tc>
        <w:tc>
          <w:tcPr>
            <w:tcW w:type="dxa" w:w="936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1</w:t>
            </w:r>
          </w:p>
        </w:tc>
        <w:tc>
          <w:tcPr>
            <w:tcW w:type="dxa" w:w="936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ม.3/1</w:t>
            </w:r>
          </w:p>
        </w:tc>
        <w:tc>
          <w:tcPr>
            <w:tcW w:type="dxa" w:w="1224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ศ23101</w:t>
            </w:r>
          </w:p>
        </w:tc>
        <w:tc>
          <w:tcPr>
            <w:tcW w:type="dxa" w:w="2592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ศิลปะ 5</w:t>
            </w:r>
          </w:p>
        </w:tc>
        <w:tc>
          <w:tcPr>
            <w:tcW w:type="dxa" w:w="2376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นายนิรันดร พันธ์ทรัพย์</w:t>
            </w:r>
          </w:p>
        </w:tc>
        <w:tc>
          <w:tcPr>
            <w:tcW w:type="dxa" w:w="1152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25 คน</w:t>
            </w:r>
          </w:p>
        </w:tc>
        <w:tc>
          <w:tcPr>
            <w:tcW w:type="dxa" w:w="1008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righ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4 คน</w:t>
            </w:r>
          </w:p>
        </w:tc>
      </w:tr>
      <w:tr>
        <w:trPr>
          <w:cantSplit/>
        </w:trPr>
        <w:tc>
          <w:tcPr>
            <w:tcW w:type="dxa" w:w="1080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2568</w:t>
            </w:r>
          </w:p>
        </w:tc>
        <w:tc>
          <w:tcPr>
            <w:tcW w:type="dxa" w:w="936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1</w:t>
            </w:r>
          </w:p>
        </w:tc>
        <w:tc>
          <w:tcPr>
            <w:tcW w:type="dxa" w:w="936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ม.3/1</w:t>
            </w:r>
          </w:p>
        </w:tc>
        <w:tc>
          <w:tcPr>
            <w:tcW w:type="dxa" w:w="1224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พ23102</w:t>
            </w:r>
          </w:p>
        </w:tc>
        <w:tc>
          <w:tcPr>
            <w:tcW w:type="dxa" w:w="2592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มวย</w:t>
            </w:r>
          </w:p>
        </w:tc>
        <w:tc>
          <w:tcPr>
            <w:tcW w:type="dxa" w:w="2376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นายวีระพงษ์ บุตรสีทัด</w:t>
            </w:r>
          </w:p>
        </w:tc>
        <w:tc>
          <w:tcPr>
            <w:tcW w:type="dxa" w:w="1152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23 คน</w:t>
            </w:r>
          </w:p>
        </w:tc>
        <w:tc>
          <w:tcPr>
            <w:tcW w:type="dxa" w:w="1008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righ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4 คน</w:t>
            </w:r>
          </w:p>
        </w:tc>
      </w:tr>
      <w:tr>
        <w:trPr>
          <w:cantSplit/>
        </w:trPr>
        <w:tc>
          <w:tcPr>
            <w:tcW w:type="dxa" w:w="1080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2568</w:t>
            </w:r>
          </w:p>
        </w:tc>
        <w:tc>
          <w:tcPr>
            <w:tcW w:type="dxa" w:w="936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1</w:t>
            </w:r>
          </w:p>
        </w:tc>
        <w:tc>
          <w:tcPr>
            <w:tcW w:type="dxa" w:w="936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ม.3/2</w:t>
            </w:r>
          </w:p>
        </w:tc>
        <w:tc>
          <w:tcPr>
            <w:tcW w:type="dxa" w:w="1224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พ23102</w:t>
            </w:r>
          </w:p>
        </w:tc>
        <w:tc>
          <w:tcPr>
            <w:tcW w:type="dxa" w:w="2592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มวย</w:t>
            </w:r>
          </w:p>
        </w:tc>
        <w:tc>
          <w:tcPr>
            <w:tcW w:type="dxa" w:w="2376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นายวีระพงษ์ บุตรสีทัด</w:t>
            </w:r>
          </w:p>
        </w:tc>
        <w:tc>
          <w:tcPr>
            <w:tcW w:type="dxa" w:w="1152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27 คน</w:t>
            </w:r>
          </w:p>
        </w:tc>
        <w:tc>
          <w:tcPr>
            <w:tcW w:type="dxa" w:w="1008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1 คน</w:t>
            </w:r>
          </w:p>
        </w:tc>
      </w:tr>
      <w:tr>
        <w:trPr>
          <w:cantSplit/>
        </w:trPr>
        <w:tc>
          <w:tcPr>
            <w:tcW w:type="dxa" w:w="1080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2568</w:t>
            </w:r>
          </w:p>
        </w:tc>
        <w:tc>
          <w:tcPr>
            <w:tcW w:type="dxa" w:w="936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1</w:t>
            </w:r>
          </w:p>
        </w:tc>
        <w:tc>
          <w:tcPr>
            <w:tcW w:type="dxa" w:w="936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ม.3/2</w:t>
            </w:r>
          </w:p>
        </w:tc>
        <w:tc>
          <w:tcPr>
            <w:tcW w:type="dxa" w:w="1224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ศ23101</w:t>
            </w:r>
          </w:p>
        </w:tc>
        <w:tc>
          <w:tcPr>
            <w:tcW w:type="dxa" w:w="2592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ศิลปะ 5</w:t>
            </w:r>
          </w:p>
        </w:tc>
        <w:tc>
          <w:tcPr>
            <w:tcW w:type="dxa" w:w="2376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นายนิรันดร พันธ์ทรัพย์</w:t>
            </w:r>
          </w:p>
        </w:tc>
        <w:tc>
          <w:tcPr>
            <w:tcW w:type="dxa" w:w="1152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27 คน</w:t>
            </w:r>
          </w:p>
        </w:tc>
        <w:tc>
          <w:tcPr>
            <w:tcW w:type="dxa" w:w="1008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1 คน</w:t>
            </w:r>
          </w:p>
        </w:tc>
      </w:tr>
      <w:tr>
        <w:trPr>
          <w:cantSplit/>
        </w:trPr>
        <w:tc>
          <w:tcPr>
            <w:tcW w:type="dxa" w:w="1080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2568</w:t>
            </w:r>
          </w:p>
        </w:tc>
        <w:tc>
          <w:tcPr>
            <w:tcW w:type="dxa" w:w="936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1</w:t>
            </w:r>
          </w:p>
        </w:tc>
        <w:tc>
          <w:tcPr>
            <w:tcW w:type="dxa" w:w="936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ม.3/2</w:t>
            </w:r>
          </w:p>
        </w:tc>
        <w:tc>
          <w:tcPr>
            <w:tcW w:type="dxa" w:w="1224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ศ23203</w:t>
            </w:r>
          </w:p>
        </w:tc>
        <w:tc>
          <w:tcPr>
            <w:tcW w:type="dxa" w:w="2592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มัณฑนศิลป์</w:t>
            </w:r>
          </w:p>
        </w:tc>
        <w:tc>
          <w:tcPr>
            <w:tcW w:type="dxa" w:w="2376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นายนิรันดร พันธ์ทรัพย์</w:t>
            </w:r>
          </w:p>
        </w:tc>
        <w:tc>
          <w:tcPr>
            <w:tcW w:type="dxa" w:w="1152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righ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9 คน</w:t>
            </w:r>
          </w:p>
        </w:tc>
        <w:tc>
          <w:tcPr>
            <w:tcW w:type="dxa" w:w="1008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1 คน</w:t>
            </w:r>
          </w:p>
        </w:tc>
      </w:tr>
      <w:tr>
        <w:trPr>
          <w:cantSplit/>
        </w:trPr>
        <w:tc>
          <w:tcPr>
            <w:tcW w:type="dxa" w:w="1080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2568</w:t>
            </w:r>
          </w:p>
        </w:tc>
        <w:tc>
          <w:tcPr>
            <w:tcW w:type="dxa" w:w="936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1</w:t>
            </w:r>
          </w:p>
        </w:tc>
        <w:tc>
          <w:tcPr>
            <w:tcW w:type="dxa" w:w="936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ม.4/1</w:t>
            </w:r>
          </w:p>
        </w:tc>
        <w:tc>
          <w:tcPr>
            <w:tcW w:type="dxa" w:w="1224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ค31101</w:t>
            </w:r>
          </w:p>
        </w:tc>
        <w:tc>
          <w:tcPr>
            <w:tcW w:type="dxa" w:w="2592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คณิตศาสตร์ 1</w:t>
            </w:r>
          </w:p>
        </w:tc>
        <w:tc>
          <w:tcPr>
            <w:tcW w:type="dxa" w:w="2376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นางสาววิลาวัลย์ โสภาอุทก</w:t>
            </w:r>
          </w:p>
        </w:tc>
        <w:tc>
          <w:tcPr>
            <w:tcW w:type="dxa" w:w="1152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18 คน</w:t>
            </w:r>
          </w:p>
        </w:tc>
        <w:tc>
          <w:tcPr>
            <w:tcW w:type="dxa" w:w="1008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-</w:t>
            </w:r>
          </w:p>
        </w:tc>
      </w:tr>
      <w:tr>
        <w:trPr>
          <w:cantSplit/>
        </w:trPr>
        <w:tc>
          <w:tcPr>
            <w:tcW w:type="dxa" w:w="1080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2568</w:t>
            </w:r>
          </w:p>
        </w:tc>
        <w:tc>
          <w:tcPr>
            <w:tcW w:type="dxa" w:w="936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1</w:t>
            </w:r>
          </w:p>
        </w:tc>
        <w:tc>
          <w:tcPr>
            <w:tcW w:type="dxa" w:w="936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ม.4/1</w:t>
            </w:r>
          </w:p>
        </w:tc>
        <w:tc>
          <w:tcPr>
            <w:tcW w:type="dxa" w:w="1224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ว31201</w:t>
            </w:r>
          </w:p>
        </w:tc>
        <w:tc>
          <w:tcPr>
            <w:tcW w:type="dxa" w:w="2592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ฟิสิกส์ 1</w:t>
            </w:r>
          </w:p>
        </w:tc>
        <w:tc>
          <w:tcPr>
            <w:tcW w:type="dxa" w:w="2376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นายจตุรวิทย์ วงละคร</w:t>
            </w:r>
          </w:p>
        </w:tc>
        <w:tc>
          <w:tcPr>
            <w:tcW w:type="dxa" w:w="1152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18 คน</w:t>
            </w:r>
          </w:p>
        </w:tc>
        <w:tc>
          <w:tcPr>
            <w:tcW w:type="dxa" w:w="1008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-</w:t>
            </w:r>
          </w:p>
        </w:tc>
      </w:tr>
      <w:tr>
        <w:trPr>
          <w:cantSplit/>
        </w:trPr>
        <w:tc>
          <w:tcPr>
            <w:tcW w:type="dxa" w:w="1080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2568</w:t>
            </w:r>
          </w:p>
        </w:tc>
        <w:tc>
          <w:tcPr>
            <w:tcW w:type="dxa" w:w="936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1</w:t>
            </w:r>
          </w:p>
        </w:tc>
        <w:tc>
          <w:tcPr>
            <w:tcW w:type="dxa" w:w="936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ม.4/1</w:t>
            </w:r>
          </w:p>
        </w:tc>
        <w:tc>
          <w:tcPr>
            <w:tcW w:type="dxa" w:w="1224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ศ31101</w:t>
            </w:r>
          </w:p>
        </w:tc>
        <w:tc>
          <w:tcPr>
            <w:tcW w:type="dxa" w:w="2592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ศิลปะ 1</w:t>
            </w:r>
          </w:p>
        </w:tc>
        <w:tc>
          <w:tcPr>
            <w:tcW w:type="dxa" w:w="2376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นายนิรันดร พันธ์ทรัพย์</w:t>
            </w:r>
          </w:p>
        </w:tc>
        <w:tc>
          <w:tcPr>
            <w:tcW w:type="dxa" w:w="1152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18 คน</w:t>
            </w:r>
          </w:p>
        </w:tc>
        <w:tc>
          <w:tcPr>
            <w:tcW w:type="dxa" w:w="1008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-</w:t>
            </w:r>
          </w:p>
        </w:tc>
      </w:tr>
      <w:tr>
        <w:trPr>
          <w:cantSplit/>
        </w:trPr>
        <w:tc>
          <w:tcPr>
            <w:tcW w:type="dxa" w:w="1080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2568</w:t>
            </w:r>
          </w:p>
        </w:tc>
        <w:tc>
          <w:tcPr>
            <w:tcW w:type="dxa" w:w="936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1</w:t>
            </w:r>
          </w:p>
        </w:tc>
        <w:tc>
          <w:tcPr>
            <w:tcW w:type="dxa" w:w="936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ม.4/1</w:t>
            </w:r>
          </w:p>
        </w:tc>
        <w:tc>
          <w:tcPr>
            <w:tcW w:type="dxa" w:w="1224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ส31251</w:t>
            </w:r>
          </w:p>
        </w:tc>
        <w:tc>
          <w:tcPr>
            <w:tcW w:type="dxa" w:w="2592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การป้องกันการทุจริต 1</w:t>
            </w:r>
          </w:p>
        </w:tc>
        <w:tc>
          <w:tcPr>
            <w:tcW w:type="dxa" w:w="2376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นายนิรันดร พันธ์ทรัพย์</w:t>
            </w:r>
          </w:p>
        </w:tc>
        <w:tc>
          <w:tcPr>
            <w:tcW w:type="dxa" w:w="1152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18 คน</w:t>
            </w:r>
          </w:p>
        </w:tc>
        <w:tc>
          <w:tcPr>
            <w:tcW w:type="dxa" w:w="1008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-</w:t>
            </w:r>
          </w:p>
        </w:tc>
      </w:tr>
      <w:tr>
        <w:trPr>
          <w:cantSplit/>
        </w:trPr>
        <w:tc>
          <w:tcPr>
            <w:tcW w:type="dxa" w:w="1080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2568</w:t>
            </w:r>
          </w:p>
        </w:tc>
        <w:tc>
          <w:tcPr>
            <w:tcW w:type="dxa" w:w="936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1</w:t>
            </w:r>
          </w:p>
        </w:tc>
        <w:tc>
          <w:tcPr>
            <w:tcW w:type="dxa" w:w="936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ม.4/2</w:t>
            </w:r>
          </w:p>
        </w:tc>
        <w:tc>
          <w:tcPr>
            <w:tcW w:type="dxa" w:w="1224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I31291</w:t>
            </w:r>
          </w:p>
        </w:tc>
        <w:tc>
          <w:tcPr>
            <w:tcW w:type="dxa" w:w="2592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การศึกษาค้นคว้าด้วยตนเอง 1</w:t>
            </w:r>
          </w:p>
        </w:tc>
        <w:tc>
          <w:tcPr>
            <w:tcW w:type="dxa" w:w="2376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นายจตุรวิทย์ วงละคร</w:t>
            </w:r>
          </w:p>
        </w:tc>
        <w:tc>
          <w:tcPr>
            <w:tcW w:type="dxa" w:w="1152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17 คน</w:t>
            </w:r>
          </w:p>
        </w:tc>
        <w:tc>
          <w:tcPr>
            <w:tcW w:type="dxa" w:w="1008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-</w:t>
            </w:r>
          </w:p>
        </w:tc>
      </w:tr>
      <w:tr>
        <w:trPr>
          <w:cantSplit/>
        </w:trPr>
        <w:tc>
          <w:tcPr>
            <w:tcW w:type="dxa" w:w="1080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2568</w:t>
            </w:r>
          </w:p>
        </w:tc>
        <w:tc>
          <w:tcPr>
            <w:tcW w:type="dxa" w:w="936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1</w:t>
            </w:r>
          </w:p>
        </w:tc>
        <w:tc>
          <w:tcPr>
            <w:tcW w:type="dxa" w:w="936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ม.4/2</w:t>
            </w:r>
          </w:p>
        </w:tc>
        <w:tc>
          <w:tcPr>
            <w:tcW w:type="dxa" w:w="1224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ค31101</w:t>
            </w:r>
          </w:p>
        </w:tc>
        <w:tc>
          <w:tcPr>
            <w:tcW w:type="dxa" w:w="2592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คณิตศาสตร์ 1</w:t>
            </w:r>
          </w:p>
        </w:tc>
        <w:tc>
          <w:tcPr>
            <w:tcW w:type="dxa" w:w="2376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นางสาววิลาวัลย์ โสภาอุทก</w:t>
            </w:r>
          </w:p>
        </w:tc>
        <w:tc>
          <w:tcPr>
            <w:tcW w:type="dxa" w:w="1152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17 คน</w:t>
            </w:r>
          </w:p>
        </w:tc>
        <w:tc>
          <w:tcPr>
            <w:tcW w:type="dxa" w:w="1008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-</w:t>
            </w:r>
          </w:p>
        </w:tc>
      </w:tr>
      <w:tr>
        <w:trPr>
          <w:cantSplit/>
        </w:trPr>
        <w:tc>
          <w:tcPr>
            <w:tcW w:type="dxa" w:w="1080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2568</w:t>
            </w:r>
          </w:p>
        </w:tc>
        <w:tc>
          <w:tcPr>
            <w:tcW w:type="dxa" w:w="936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1</w:t>
            </w:r>
          </w:p>
        </w:tc>
        <w:tc>
          <w:tcPr>
            <w:tcW w:type="dxa" w:w="936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ม.4/2</w:t>
            </w:r>
          </w:p>
        </w:tc>
        <w:tc>
          <w:tcPr>
            <w:tcW w:type="dxa" w:w="1224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ง31261</w:t>
            </w:r>
          </w:p>
        </w:tc>
        <w:tc>
          <w:tcPr>
            <w:tcW w:type="dxa" w:w="2592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การจัดสวนอาชีพ 1</w:t>
            </w:r>
          </w:p>
        </w:tc>
        <w:tc>
          <w:tcPr>
            <w:tcW w:type="dxa" w:w="2376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นางสาวพัชรี สิกขะเศรษฐ์</w:t>
            </w:r>
          </w:p>
        </w:tc>
        <w:tc>
          <w:tcPr>
            <w:tcW w:type="dxa" w:w="1152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17 คน</w:t>
            </w:r>
          </w:p>
        </w:tc>
        <w:tc>
          <w:tcPr>
            <w:tcW w:type="dxa" w:w="1008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-</w:t>
            </w:r>
          </w:p>
        </w:tc>
      </w:tr>
      <w:tr>
        <w:trPr>
          <w:cantSplit/>
        </w:trPr>
        <w:tc>
          <w:tcPr>
            <w:tcW w:type="dxa" w:w="1080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2568</w:t>
            </w:r>
          </w:p>
        </w:tc>
        <w:tc>
          <w:tcPr>
            <w:tcW w:type="dxa" w:w="936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1</w:t>
            </w:r>
          </w:p>
        </w:tc>
        <w:tc>
          <w:tcPr>
            <w:tcW w:type="dxa" w:w="936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ม.4/2</w:t>
            </w:r>
          </w:p>
        </w:tc>
        <w:tc>
          <w:tcPr>
            <w:tcW w:type="dxa" w:w="1224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ว31201</w:t>
            </w:r>
          </w:p>
        </w:tc>
        <w:tc>
          <w:tcPr>
            <w:tcW w:type="dxa" w:w="2592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คอมพิวเตอร์ 1</w:t>
            </w:r>
          </w:p>
        </w:tc>
        <w:tc>
          <w:tcPr>
            <w:tcW w:type="dxa" w:w="2376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นางสาวมัณฑนา คำแสงดี</w:t>
            </w:r>
          </w:p>
        </w:tc>
        <w:tc>
          <w:tcPr>
            <w:tcW w:type="dxa" w:w="1152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17 คน</w:t>
            </w:r>
          </w:p>
        </w:tc>
        <w:tc>
          <w:tcPr>
            <w:tcW w:type="dxa" w:w="1008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-</w:t>
            </w:r>
          </w:p>
        </w:tc>
      </w:tr>
      <w:tr>
        <w:trPr>
          <w:cantSplit/>
        </w:trPr>
        <w:tc>
          <w:tcPr>
            <w:tcW w:type="dxa" w:w="1080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2568</w:t>
            </w:r>
          </w:p>
        </w:tc>
        <w:tc>
          <w:tcPr>
            <w:tcW w:type="dxa" w:w="936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1</w:t>
            </w:r>
          </w:p>
        </w:tc>
        <w:tc>
          <w:tcPr>
            <w:tcW w:type="dxa" w:w="936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ม.4/2</w:t>
            </w:r>
          </w:p>
        </w:tc>
        <w:tc>
          <w:tcPr>
            <w:tcW w:type="dxa" w:w="1224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ศ31101</w:t>
            </w:r>
          </w:p>
        </w:tc>
        <w:tc>
          <w:tcPr>
            <w:tcW w:type="dxa" w:w="2592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ศิลปะ 1</w:t>
            </w:r>
          </w:p>
        </w:tc>
        <w:tc>
          <w:tcPr>
            <w:tcW w:type="dxa" w:w="2376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นายนิรันดร พันธ์ทรัพย์</w:t>
            </w:r>
          </w:p>
        </w:tc>
        <w:tc>
          <w:tcPr>
            <w:tcW w:type="dxa" w:w="1152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17 คน</w:t>
            </w:r>
          </w:p>
        </w:tc>
        <w:tc>
          <w:tcPr>
            <w:tcW w:type="dxa" w:w="1008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-</w:t>
            </w:r>
          </w:p>
        </w:tc>
      </w:tr>
      <w:tr>
        <w:trPr>
          <w:cantSplit/>
        </w:trPr>
        <w:tc>
          <w:tcPr>
            <w:tcW w:type="dxa" w:w="1080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2568</w:t>
            </w:r>
          </w:p>
        </w:tc>
        <w:tc>
          <w:tcPr>
            <w:tcW w:type="dxa" w:w="936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1</w:t>
            </w:r>
          </w:p>
        </w:tc>
        <w:tc>
          <w:tcPr>
            <w:tcW w:type="dxa" w:w="936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ม.4/2</w:t>
            </w:r>
          </w:p>
        </w:tc>
        <w:tc>
          <w:tcPr>
            <w:tcW w:type="dxa" w:w="1224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ศ31211</w:t>
            </w:r>
          </w:p>
        </w:tc>
        <w:tc>
          <w:tcPr>
            <w:tcW w:type="dxa" w:w="2592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นาฏศิลป์ 1</w:t>
            </w:r>
          </w:p>
        </w:tc>
        <w:tc>
          <w:tcPr>
            <w:tcW w:type="dxa" w:w="2376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นายมตรส สืบโมรา</w:t>
            </w:r>
          </w:p>
        </w:tc>
        <w:tc>
          <w:tcPr>
            <w:tcW w:type="dxa" w:w="1152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17 คน</w:t>
            </w:r>
          </w:p>
        </w:tc>
        <w:tc>
          <w:tcPr>
            <w:tcW w:type="dxa" w:w="1008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-</w:t>
            </w:r>
          </w:p>
        </w:tc>
      </w:tr>
      <w:tr>
        <w:trPr>
          <w:cantSplit/>
        </w:trPr>
        <w:tc>
          <w:tcPr>
            <w:tcW w:type="dxa" w:w="1080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2568</w:t>
            </w:r>
          </w:p>
        </w:tc>
        <w:tc>
          <w:tcPr>
            <w:tcW w:type="dxa" w:w="936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1</w:t>
            </w:r>
          </w:p>
        </w:tc>
        <w:tc>
          <w:tcPr>
            <w:tcW w:type="dxa" w:w="936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ม.4/2</w:t>
            </w:r>
          </w:p>
        </w:tc>
        <w:tc>
          <w:tcPr>
            <w:tcW w:type="dxa" w:w="1224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ศ31221</w:t>
            </w:r>
          </w:p>
        </w:tc>
        <w:tc>
          <w:tcPr>
            <w:tcW w:type="dxa" w:w="2592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ทัศนศิลป์ 1</w:t>
            </w:r>
          </w:p>
        </w:tc>
        <w:tc>
          <w:tcPr>
            <w:tcW w:type="dxa" w:w="2376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นายนิรันดร พันธ์ทรัพย์</w:t>
            </w:r>
          </w:p>
        </w:tc>
        <w:tc>
          <w:tcPr>
            <w:tcW w:type="dxa" w:w="1152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17 คน</w:t>
            </w:r>
          </w:p>
        </w:tc>
        <w:tc>
          <w:tcPr>
            <w:tcW w:type="dxa" w:w="1008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-</w:t>
            </w:r>
          </w:p>
        </w:tc>
      </w:tr>
      <w:tr>
        <w:trPr>
          <w:cantSplit/>
        </w:trPr>
        <w:tc>
          <w:tcPr>
            <w:tcW w:type="dxa" w:w="1080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2568</w:t>
            </w:r>
          </w:p>
        </w:tc>
        <w:tc>
          <w:tcPr>
            <w:tcW w:type="dxa" w:w="936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1</w:t>
            </w:r>
          </w:p>
        </w:tc>
        <w:tc>
          <w:tcPr>
            <w:tcW w:type="dxa" w:w="936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ม.4/2</w:t>
            </w:r>
          </w:p>
        </w:tc>
        <w:tc>
          <w:tcPr>
            <w:tcW w:type="dxa" w:w="1224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ส31251</w:t>
            </w:r>
          </w:p>
        </w:tc>
        <w:tc>
          <w:tcPr>
            <w:tcW w:type="dxa" w:w="2592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การป้องกันการทุจริต 1</w:t>
            </w:r>
          </w:p>
        </w:tc>
        <w:tc>
          <w:tcPr>
            <w:tcW w:type="dxa" w:w="2376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นายนิรันดร พันธ์ทรัพย์</w:t>
            </w:r>
          </w:p>
        </w:tc>
        <w:tc>
          <w:tcPr>
            <w:tcW w:type="dxa" w:w="1152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17 คน</w:t>
            </w:r>
          </w:p>
        </w:tc>
        <w:tc>
          <w:tcPr>
            <w:tcW w:type="dxa" w:w="1008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-</w:t>
            </w:r>
          </w:p>
        </w:tc>
      </w:tr>
      <w:tr>
        <w:trPr>
          <w:cantSplit/>
        </w:trPr>
        <w:tc>
          <w:tcPr>
            <w:tcW w:type="dxa" w:w="1080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2568</w:t>
            </w:r>
          </w:p>
        </w:tc>
        <w:tc>
          <w:tcPr>
            <w:tcW w:type="dxa" w:w="936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1</w:t>
            </w:r>
          </w:p>
        </w:tc>
        <w:tc>
          <w:tcPr>
            <w:tcW w:type="dxa" w:w="936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ม.4/2</w:t>
            </w:r>
          </w:p>
        </w:tc>
        <w:tc>
          <w:tcPr>
            <w:tcW w:type="dxa" w:w="1224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อ31211</w:t>
            </w:r>
          </w:p>
        </w:tc>
        <w:tc>
          <w:tcPr>
            <w:tcW w:type="dxa" w:w="2592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ภาษาอังกฤษรอบรู้ 1</w:t>
            </w:r>
          </w:p>
        </w:tc>
        <w:tc>
          <w:tcPr>
            <w:tcW w:type="dxa" w:w="2376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นายศุภกิตติ์ บุญวงษา</w:t>
            </w:r>
          </w:p>
        </w:tc>
        <w:tc>
          <w:tcPr>
            <w:tcW w:type="dxa" w:w="1152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17 คน</w:t>
            </w:r>
          </w:p>
        </w:tc>
        <w:tc>
          <w:tcPr>
            <w:tcW w:type="dxa" w:w="1008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-</w:t>
            </w:r>
          </w:p>
        </w:tc>
      </w:tr>
      <w:tr>
        <w:trPr>
          <w:cantSplit/>
        </w:trPr>
        <w:tc>
          <w:tcPr>
            <w:tcW w:type="dxa" w:w="1080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2568</w:t>
            </w:r>
          </w:p>
        </w:tc>
        <w:tc>
          <w:tcPr>
            <w:tcW w:type="dxa" w:w="936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1</w:t>
            </w:r>
          </w:p>
        </w:tc>
        <w:tc>
          <w:tcPr>
            <w:tcW w:type="dxa" w:w="936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ม.5/1</w:t>
            </w:r>
          </w:p>
        </w:tc>
        <w:tc>
          <w:tcPr>
            <w:tcW w:type="dxa" w:w="1224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ว32101</w:t>
            </w:r>
          </w:p>
        </w:tc>
        <w:tc>
          <w:tcPr>
            <w:tcW w:type="dxa" w:w="2592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วิทยาศาสตร์กายภาพ (ฟิสิกส์)</w:t>
            </w:r>
          </w:p>
        </w:tc>
        <w:tc>
          <w:tcPr>
            <w:tcW w:type="dxa" w:w="2376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นายจตุรวิทย์ วงละคร</w:t>
            </w:r>
          </w:p>
        </w:tc>
        <w:tc>
          <w:tcPr>
            <w:tcW w:type="dxa" w:w="1152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20 คน</w:t>
            </w:r>
          </w:p>
        </w:tc>
        <w:tc>
          <w:tcPr>
            <w:tcW w:type="dxa" w:w="1008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-</w:t>
            </w:r>
          </w:p>
        </w:tc>
      </w:tr>
      <w:tr>
        <w:trPr>
          <w:cantSplit/>
        </w:trPr>
        <w:tc>
          <w:tcPr>
            <w:tcW w:type="dxa" w:w="1080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2568</w:t>
            </w:r>
          </w:p>
        </w:tc>
        <w:tc>
          <w:tcPr>
            <w:tcW w:type="dxa" w:w="936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1</w:t>
            </w:r>
          </w:p>
        </w:tc>
        <w:tc>
          <w:tcPr>
            <w:tcW w:type="dxa" w:w="936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ม.5/1</w:t>
            </w:r>
          </w:p>
        </w:tc>
        <w:tc>
          <w:tcPr>
            <w:tcW w:type="dxa" w:w="1224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ว32201</w:t>
            </w:r>
          </w:p>
        </w:tc>
        <w:tc>
          <w:tcPr>
            <w:tcW w:type="dxa" w:w="2592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ฟิสิกส์ 3</w:t>
            </w:r>
          </w:p>
        </w:tc>
        <w:tc>
          <w:tcPr>
            <w:tcW w:type="dxa" w:w="2376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นายจตุรวิทย์ วงละคร</w:t>
            </w:r>
          </w:p>
        </w:tc>
        <w:tc>
          <w:tcPr>
            <w:tcW w:type="dxa" w:w="1152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20 คน</w:t>
            </w:r>
          </w:p>
        </w:tc>
        <w:tc>
          <w:tcPr>
            <w:tcW w:type="dxa" w:w="1008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-</w:t>
            </w:r>
          </w:p>
        </w:tc>
      </w:tr>
      <w:tr>
        <w:trPr>
          <w:cantSplit/>
        </w:trPr>
        <w:tc>
          <w:tcPr>
            <w:tcW w:type="dxa" w:w="1080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2568</w:t>
            </w:r>
          </w:p>
        </w:tc>
        <w:tc>
          <w:tcPr>
            <w:tcW w:type="dxa" w:w="936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1</w:t>
            </w:r>
          </w:p>
        </w:tc>
        <w:tc>
          <w:tcPr>
            <w:tcW w:type="dxa" w:w="936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ม.5/1</w:t>
            </w:r>
          </w:p>
        </w:tc>
        <w:tc>
          <w:tcPr>
            <w:tcW w:type="dxa" w:w="1224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ศ32101</w:t>
            </w:r>
          </w:p>
        </w:tc>
        <w:tc>
          <w:tcPr>
            <w:tcW w:type="dxa" w:w="2592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ศิลปะ 3</w:t>
            </w:r>
          </w:p>
        </w:tc>
        <w:tc>
          <w:tcPr>
            <w:tcW w:type="dxa" w:w="2376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นายนิรันดร พันธ์ทรัพย์</w:t>
            </w:r>
          </w:p>
        </w:tc>
        <w:tc>
          <w:tcPr>
            <w:tcW w:type="dxa" w:w="1152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20 คน</w:t>
            </w:r>
          </w:p>
        </w:tc>
        <w:tc>
          <w:tcPr>
            <w:tcW w:type="dxa" w:w="1008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-</w:t>
            </w:r>
          </w:p>
        </w:tc>
      </w:tr>
      <w:tr>
        <w:trPr>
          <w:cantSplit/>
        </w:trPr>
        <w:tc>
          <w:tcPr>
            <w:tcW w:type="dxa" w:w="1080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2568</w:t>
            </w:r>
          </w:p>
        </w:tc>
        <w:tc>
          <w:tcPr>
            <w:tcW w:type="dxa" w:w="936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1</w:t>
            </w:r>
          </w:p>
        </w:tc>
        <w:tc>
          <w:tcPr>
            <w:tcW w:type="dxa" w:w="936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ม.6/1</w:t>
            </w:r>
          </w:p>
        </w:tc>
        <w:tc>
          <w:tcPr>
            <w:tcW w:type="dxa" w:w="1224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ศ33203</w:t>
            </w:r>
          </w:p>
        </w:tc>
        <w:tc>
          <w:tcPr>
            <w:tcW w:type="dxa" w:w="2592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ดนตรีสากล</w:t>
            </w:r>
          </w:p>
        </w:tc>
        <w:tc>
          <w:tcPr>
            <w:tcW w:type="dxa" w:w="2376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นายนิรันดร พันธ์ทรัพย์</w:t>
            </w:r>
          </w:p>
        </w:tc>
        <w:tc>
          <w:tcPr>
            <w:tcW w:type="dxa" w:w="1152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righ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41 คน</w:t>
            </w:r>
          </w:p>
        </w:tc>
        <w:tc>
          <w:tcPr>
            <w:tcW w:type="dxa" w:w="1008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1 คน</w:t>
            </w:r>
          </w:p>
        </w:tc>
      </w:tr>
      <w:tr>
        <w:trPr>
          <w:cantSplit/>
        </w:trPr>
        <w:tc>
          <w:tcPr>
            <w:tcW w:type="dxa" w:w="1080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2568</w:t>
            </w:r>
          </w:p>
        </w:tc>
        <w:tc>
          <w:tcPr>
            <w:tcW w:type="dxa" w:w="936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1</w:t>
            </w:r>
          </w:p>
        </w:tc>
        <w:tc>
          <w:tcPr>
            <w:tcW w:type="dxa" w:w="936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ม.6/1</w:t>
            </w:r>
          </w:p>
        </w:tc>
        <w:tc>
          <w:tcPr>
            <w:tcW w:type="dxa" w:w="1224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ง33263</w:t>
            </w:r>
          </w:p>
        </w:tc>
        <w:tc>
          <w:tcPr>
            <w:tcW w:type="dxa" w:w="2592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โครงงานอาชีพ</w:t>
            </w:r>
          </w:p>
        </w:tc>
        <w:tc>
          <w:tcPr>
            <w:tcW w:type="dxa" w:w="2376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นายจตุรวิทย์ วงละคร</w:t>
            </w:r>
          </w:p>
        </w:tc>
        <w:tc>
          <w:tcPr>
            <w:tcW w:type="dxa" w:w="1152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righ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6 คน</w:t>
            </w:r>
          </w:p>
        </w:tc>
        <w:tc>
          <w:tcPr>
            <w:tcW w:type="dxa" w:w="1008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1 คน</w:t>
            </w:r>
          </w:p>
        </w:tc>
      </w:tr>
      <w:tr>
        <w:trPr>
          <w:cantSplit/>
        </w:trPr>
        <w:tc>
          <w:tcPr>
            <w:tcW w:type="dxa" w:w="1080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2568</w:t>
            </w:r>
          </w:p>
        </w:tc>
        <w:tc>
          <w:tcPr>
            <w:tcW w:type="dxa" w:w="936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1</w:t>
            </w:r>
          </w:p>
        </w:tc>
        <w:tc>
          <w:tcPr>
            <w:tcW w:type="dxa" w:w="936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ม.6/2</w:t>
            </w:r>
          </w:p>
        </w:tc>
        <w:tc>
          <w:tcPr>
            <w:tcW w:type="dxa" w:w="1224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ว33101</w:t>
            </w:r>
          </w:p>
        </w:tc>
        <w:tc>
          <w:tcPr>
            <w:tcW w:type="dxa" w:w="2592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วิทยาศาสตร์โลกและอวกาศ 1</w:t>
            </w:r>
          </w:p>
        </w:tc>
        <w:tc>
          <w:tcPr>
            <w:tcW w:type="dxa" w:w="2376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นายจตุรวิทย์ วงละคร</w:t>
            </w:r>
          </w:p>
        </w:tc>
        <w:tc>
          <w:tcPr>
            <w:tcW w:type="dxa" w:w="1152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righ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7 คน</w:t>
            </w:r>
          </w:p>
        </w:tc>
        <w:tc>
          <w:tcPr>
            <w:tcW w:type="dxa" w:w="1008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-</w:t>
            </w:r>
          </w:p>
        </w:tc>
      </w:tr>
      <w:tr>
        <w:trPr>
          <w:cantSplit/>
        </w:trPr>
        <w:tc>
          <w:tcPr>
            <w:tcW w:type="dxa" w:w="1080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2568</w:t>
            </w:r>
          </w:p>
        </w:tc>
        <w:tc>
          <w:tcPr>
            <w:tcW w:type="dxa" w:w="936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1</w:t>
            </w:r>
          </w:p>
        </w:tc>
        <w:tc>
          <w:tcPr>
            <w:tcW w:type="dxa" w:w="936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ม.6/2</w:t>
            </w:r>
          </w:p>
        </w:tc>
        <w:tc>
          <w:tcPr>
            <w:tcW w:type="dxa" w:w="1224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ศ33203</w:t>
            </w:r>
          </w:p>
        </w:tc>
        <w:tc>
          <w:tcPr>
            <w:tcW w:type="dxa" w:w="2592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วาดเขียน</w:t>
            </w:r>
          </w:p>
        </w:tc>
        <w:tc>
          <w:tcPr>
            <w:tcW w:type="dxa" w:w="2376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นายนิรันดร พันธ์ทรัพย์</w:t>
            </w:r>
          </w:p>
        </w:tc>
        <w:tc>
          <w:tcPr>
            <w:tcW w:type="dxa" w:w="1152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righ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7 คน</w:t>
            </w:r>
          </w:p>
        </w:tc>
        <w:tc>
          <w:tcPr>
            <w:tcW w:type="dxa" w:w="1008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-</w:t>
            </w:r>
          </w:p>
        </w:tc>
      </w:tr>
      <w:tr>
        <w:trPr>
          <w:cantSplit/>
        </w:trPr>
        <w:tc>
          <w:tcPr>
            <w:tcW w:type="dxa" w:w="1080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2568</w:t>
            </w:r>
          </w:p>
        </w:tc>
        <w:tc>
          <w:tcPr>
            <w:tcW w:type="dxa" w:w="936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2</w:t>
            </w:r>
          </w:p>
        </w:tc>
        <w:tc>
          <w:tcPr>
            <w:tcW w:type="dxa" w:w="936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ม.2/1</w:t>
            </w:r>
          </w:p>
        </w:tc>
        <w:tc>
          <w:tcPr>
            <w:tcW w:type="dxa" w:w="1224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ว22102</w:t>
            </w:r>
          </w:p>
        </w:tc>
        <w:tc>
          <w:tcPr>
            <w:tcW w:type="dxa" w:w="2592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วิทยาศาสตร์ 4</w:t>
            </w:r>
          </w:p>
        </w:tc>
        <w:tc>
          <w:tcPr>
            <w:tcW w:type="dxa" w:w="2376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นายกิตติพัทธ์ วงศ์พุทธา</w:t>
            </w:r>
          </w:p>
        </w:tc>
        <w:tc>
          <w:tcPr>
            <w:tcW w:type="dxa" w:w="1152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19 คน</w:t>
            </w:r>
          </w:p>
        </w:tc>
        <w:tc>
          <w:tcPr>
            <w:tcW w:type="dxa" w:w="1008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-</w:t>
            </w:r>
          </w:p>
        </w:tc>
      </w:tr>
      <w:tr>
        <w:trPr>
          <w:cantSplit/>
        </w:trPr>
        <w:tc>
          <w:tcPr>
            <w:tcW w:type="dxa" w:w="1080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2568</w:t>
            </w:r>
          </w:p>
        </w:tc>
        <w:tc>
          <w:tcPr>
            <w:tcW w:type="dxa" w:w="936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2</w:t>
            </w:r>
          </w:p>
        </w:tc>
        <w:tc>
          <w:tcPr>
            <w:tcW w:type="dxa" w:w="936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ม.2/1</w:t>
            </w:r>
          </w:p>
        </w:tc>
        <w:tc>
          <w:tcPr>
            <w:tcW w:type="dxa" w:w="1224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ว22202</w:t>
            </w:r>
          </w:p>
        </w:tc>
        <w:tc>
          <w:tcPr>
            <w:tcW w:type="dxa" w:w="2592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โครงงานทดลอง</w:t>
            </w:r>
          </w:p>
        </w:tc>
        <w:tc>
          <w:tcPr>
            <w:tcW w:type="dxa" w:w="2376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นายกิตติพัทธ์ วงศ์พุทธา</w:t>
            </w:r>
          </w:p>
        </w:tc>
        <w:tc>
          <w:tcPr>
            <w:tcW w:type="dxa" w:w="1152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19 คน</w:t>
            </w:r>
          </w:p>
        </w:tc>
        <w:tc>
          <w:tcPr>
            <w:tcW w:type="dxa" w:w="1008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-</w:t>
            </w:r>
          </w:p>
        </w:tc>
      </w:tr>
      <w:tr>
        <w:trPr>
          <w:cantSplit/>
        </w:trPr>
        <w:tc>
          <w:tcPr>
            <w:tcW w:type="dxa" w:w="1080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2568</w:t>
            </w:r>
          </w:p>
        </w:tc>
        <w:tc>
          <w:tcPr>
            <w:tcW w:type="dxa" w:w="936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2</w:t>
            </w:r>
          </w:p>
        </w:tc>
        <w:tc>
          <w:tcPr>
            <w:tcW w:type="dxa" w:w="936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ม.2/2</w:t>
            </w:r>
          </w:p>
        </w:tc>
        <w:tc>
          <w:tcPr>
            <w:tcW w:type="dxa" w:w="1224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ว22102</w:t>
            </w:r>
          </w:p>
        </w:tc>
        <w:tc>
          <w:tcPr>
            <w:tcW w:type="dxa" w:w="2592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วิทยาศาสตร์ 4</w:t>
            </w:r>
          </w:p>
        </w:tc>
        <w:tc>
          <w:tcPr>
            <w:tcW w:type="dxa" w:w="2376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นายกิตติพัทธ์ วงศ์พุทธา</w:t>
            </w:r>
          </w:p>
        </w:tc>
        <w:tc>
          <w:tcPr>
            <w:tcW w:type="dxa" w:w="1152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18 คน</w:t>
            </w:r>
          </w:p>
        </w:tc>
        <w:tc>
          <w:tcPr>
            <w:tcW w:type="dxa" w:w="1008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1 คน</w:t>
            </w:r>
          </w:p>
        </w:tc>
      </w:tr>
      <w:tr>
        <w:trPr>
          <w:cantSplit/>
        </w:trPr>
        <w:tc>
          <w:tcPr>
            <w:tcW w:type="dxa" w:w="1080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2568</w:t>
            </w:r>
          </w:p>
        </w:tc>
        <w:tc>
          <w:tcPr>
            <w:tcW w:type="dxa" w:w="936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2</w:t>
            </w:r>
          </w:p>
        </w:tc>
        <w:tc>
          <w:tcPr>
            <w:tcW w:type="dxa" w:w="936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ม.2/2</w:t>
            </w:r>
          </w:p>
        </w:tc>
        <w:tc>
          <w:tcPr>
            <w:tcW w:type="dxa" w:w="1224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ว22202</w:t>
            </w:r>
          </w:p>
        </w:tc>
        <w:tc>
          <w:tcPr>
            <w:tcW w:type="dxa" w:w="2592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โครงงานทดลอง</w:t>
            </w:r>
          </w:p>
        </w:tc>
        <w:tc>
          <w:tcPr>
            <w:tcW w:type="dxa" w:w="2376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นายกิตติพัทธ์ วงศ์พุทธา</w:t>
            </w:r>
          </w:p>
        </w:tc>
        <w:tc>
          <w:tcPr>
            <w:tcW w:type="dxa" w:w="1152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18 คน</w:t>
            </w:r>
          </w:p>
        </w:tc>
        <w:tc>
          <w:tcPr>
            <w:tcW w:type="dxa" w:w="1008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1 คน</w:t>
            </w:r>
          </w:p>
        </w:tc>
      </w:tr>
      <w:tr>
        <w:trPr>
          <w:cantSplit/>
        </w:trPr>
        <w:tc>
          <w:tcPr>
            <w:tcW w:type="dxa" w:w="1080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2568</w:t>
            </w:r>
          </w:p>
        </w:tc>
        <w:tc>
          <w:tcPr>
            <w:tcW w:type="dxa" w:w="936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2</w:t>
            </w:r>
          </w:p>
        </w:tc>
        <w:tc>
          <w:tcPr>
            <w:tcW w:type="dxa" w:w="936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ม.3/1</w:t>
            </w:r>
          </w:p>
        </w:tc>
        <w:tc>
          <w:tcPr>
            <w:tcW w:type="dxa" w:w="1224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ว23102</w:t>
            </w:r>
          </w:p>
        </w:tc>
        <w:tc>
          <w:tcPr>
            <w:tcW w:type="dxa" w:w="2592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วิทยาศาสตร์ 6</w:t>
            </w:r>
          </w:p>
        </w:tc>
        <w:tc>
          <w:tcPr>
            <w:tcW w:type="dxa" w:w="2376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นายกิตติพัทธ์ วงศ์พุทธา</w:t>
            </w:r>
          </w:p>
        </w:tc>
        <w:tc>
          <w:tcPr>
            <w:tcW w:type="dxa" w:w="1152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25 คน</w:t>
            </w:r>
          </w:p>
        </w:tc>
        <w:tc>
          <w:tcPr>
            <w:tcW w:type="dxa" w:w="1008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2 คน</w:t>
            </w:r>
          </w:p>
        </w:tc>
      </w:tr>
      <w:tr>
        <w:trPr>
          <w:cantSplit/>
        </w:trPr>
        <w:tc>
          <w:tcPr>
            <w:tcW w:type="dxa" w:w="1080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2568</w:t>
            </w:r>
          </w:p>
        </w:tc>
        <w:tc>
          <w:tcPr>
            <w:tcW w:type="dxa" w:w="936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2</w:t>
            </w:r>
          </w:p>
        </w:tc>
        <w:tc>
          <w:tcPr>
            <w:tcW w:type="dxa" w:w="936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ม.3/1</w:t>
            </w:r>
          </w:p>
        </w:tc>
        <w:tc>
          <w:tcPr>
            <w:tcW w:type="dxa" w:w="1224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ว23202</w:t>
            </w:r>
          </w:p>
        </w:tc>
        <w:tc>
          <w:tcPr>
            <w:tcW w:type="dxa" w:w="2592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โครงงานสิ่งประดิษฐ์ 2</w:t>
            </w:r>
          </w:p>
        </w:tc>
        <w:tc>
          <w:tcPr>
            <w:tcW w:type="dxa" w:w="2376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นายกิตติพัทธ์ วงศ์พุทธา</w:t>
            </w:r>
          </w:p>
        </w:tc>
        <w:tc>
          <w:tcPr>
            <w:tcW w:type="dxa" w:w="1152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25 คน</w:t>
            </w:r>
          </w:p>
        </w:tc>
        <w:tc>
          <w:tcPr>
            <w:tcW w:type="dxa" w:w="1008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2 คน</w:t>
            </w:r>
          </w:p>
        </w:tc>
      </w:tr>
      <w:tr>
        <w:trPr>
          <w:cantSplit/>
        </w:trPr>
        <w:tc>
          <w:tcPr>
            <w:tcW w:type="dxa" w:w="1080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2568</w:t>
            </w:r>
          </w:p>
        </w:tc>
        <w:tc>
          <w:tcPr>
            <w:tcW w:type="dxa" w:w="936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2</w:t>
            </w:r>
          </w:p>
        </w:tc>
        <w:tc>
          <w:tcPr>
            <w:tcW w:type="dxa" w:w="936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ม.3/2</w:t>
            </w:r>
          </w:p>
        </w:tc>
        <w:tc>
          <w:tcPr>
            <w:tcW w:type="dxa" w:w="1224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ว23102</w:t>
            </w:r>
          </w:p>
        </w:tc>
        <w:tc>
          <w:tcPr>
            <w:tcW w:type="dxa" w:w="2592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วิทยาศาสตร์ 6</w:t>
            </w:r>
          </w:p>
        </w:tc>
        <w:tc>
          <w:tcPr>
            <w:tcW w:type="dxa" w:w="2376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นายกิตติพัทธ์ วงศ์พุทธา</w:t>
            </w:r>
          </w:p>
        </w:tc>
        <w:tc>
          <w:tcPr>
            <w:tcW w:type="dxa" w:w="1152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27 คน</w:t>
            </w:r>
          </w:p>
        </w:tc>
        <w:tc>
          <w:tcPr>
            <w:tcW w:type="dxa" w:w="1008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1 คน</w:t>
            </w:r>
          </w:p>
        </w:tc>
      </w:tr>
      <w:tr>
        <w:trPr>
          <w:cantSplit/>
        </w:trPr>
        <w:tc>
          <w:tcPr>
            <w:tcW w:type="dxa" w:w="1080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2568</w:t>
            </w:r>
          </w:p>
        </w:tc>
        <w:tc>
          <w:tcPr>
            <w:tcW w:type="dxa" w:w="936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2</w:t>
            </w:r>
          </w:p>
        </w:tc>
        <w:tc>
          <w:tcPr>
            <w:tcW w:type="dxa" w:w="936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ม.3/2</w:t>
            </w:r>
          </w:p>
        </w:tc>
        <w:tc>
          <w:tcPr>
            <w:tcW w:type="dxa" w:w="1224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ว23202</w:t>
            </w:r>
          </w:p>
        </w:tc>
        <w:tc>
          <w:tcPr>
            <w:tcW w:type="dxa" w:w="2592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โครงงานสิ่งประดิษฐ์ 2</w:t>
            </w:r>
          </w:p>
        </w:tc>
        <w:tc>
          <w:tcPr>
            <w:tcW w:type="dxa" w:w="2376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นายกิตติพัทธ์ วงศ์พุทธา</w:t>
            </w:r>
          </w:p>
        </w:tc>
        <w:tc>
          <w:tcPr>
            <w:tcW w:type="dxa" w:w="1152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27 คน</w:t>
            </w:r>
          </w:p>
        </w:tc>
        <w:tc>
          <w:tcPr>
            <w:tcW w:type="dxa" w:w="1008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1 คน</w:t>
            </w:r>
          </w:p>
        </w:tc>
      </w:tr>
      <w:tr>
        <w:trPr>
          <w:cantSplit/>
        </w:trPr>
        <w:tc>
          <w:tcPr>
            <w:tcW w:type="dxa" w:w="1080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2568</w:t>
            </w:r>
          </w:p>
        </w:tc>
        <w:tc>
          <w:tcPr>
            <w:tcW w:type="dxa" w:w="936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2</w:t>
            </w:r>
          </w:p>
        </w:tc>
        <w:tc>
          <w:tcPr>
            <w:tcW w:type="dxa" w:w="936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ม.4/2</w:t>
            </w:r>
          </w:p>
        </w:tc>
        <w:tc>
          <w:tcPr>
            <w:tcW w:type="dxa" w:w="1224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I31292</w:t>
            </w:r>
          </w:p>
        </w:tc>
        <w:tc>
          <w:tcPr>
            <w:tcW w:type="dxa" w:w="2592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การศึกษาค้นคว้าด้วยตนเอง 2</w:t>
            </w:r>
          </w:p>
        </w:tc>
        <w:tc>
          <w:tcPr>
            <w:tcW w:type="dxa" w:w="2376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นายจตุรวิทย์ วงละคร</w:t>
            </w:r>
          </w:p>
        </w:tc>
        <w:tc>
          <w:tcPr>
            <w:tcW w:type="dxa" w:w="1152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17 คน</w:t>
            </w:r>
          </w:p>
        </w:tc>
        <w:tc>
          <w:tcPr>
            <w:tcW w:type="dxa" w:w="1008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-</w:t>
            </w:r>
          </w:p>
        </w:tc>
      </w:tr>
      <w:tr>
        <w:trPr>
          <w:cantSplit/>
        </w:trPr>
        <w:tc>
          <w:tcPr>
            <w:tcW w:type="dxa" w:w="1080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2568</w:t>
            </w:r>
          </w:p>
        </w:tc>
        <w:tc>
          <w:tcPr>
            <w:tcW w:type="dxa" w:w="936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2</w:t>
            </w:r>
          </w:p>
        </w:tc>
        <w:tc>
          <w:tcPr>
            <w:tcW w:type="dxa" w:w="936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ม.4/2</w:t>
            </w:r>
          </w:p>
        </w:tc>
        <w:tc>
          <w:tcPr>
            <w:tcW w:type="dxa" w:w="1224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ง31263</w:t>
            </w:r>
          </w:p>
        </w:tc>
        <w:tc>
          <w:tcPr>
            <w:tcW w:type="dxa" w:w="2592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ธุรกิจงานกราฟิก</w:t>
            </w:r>
          </w:p>
        </w:tc>
        <w:tc>
          <w:tcPr>
            <w:tcW w:type="dxa" w:w="2376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นางสาวพัชรี สิกขะเศรษฐ์</w:t>
            </w:r>
          </w:p>
        </w:tc>
        <w:tc>
          <w:tcPr>
            <w:tcW w:type="dxa" w:w="1152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17 คน</w:t>
            </w:r>
          </w:p>
        </w:tc>
        <w:tc>
          <w:tcPr>
            <w:tcW w:type="dxa" w:w="1008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-</w:t>
            </w:r>
          </w:p>
        </w:tc>
      </w:tr>
      <w:tr>
        <w:trPr>
          <w:cantSplit/>
        </w:trPr>
        <w:tc>
          <w:tcPr>
            <w:tcW w:type="dxa" w:w="1080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2568</w:t>
            </w:r>
          </w:p>
        </w:tc>
        <w:tc>
          <w:tcPr>
            <w:tcW w:type="dxa" w:w="936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2</w:t>
            </w:r>
          </w:p>
        </w:tc>
        <w:tc>
          <w:tcPr>
            <w:tcW w:type="dxa" w:w="936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ม.4/2</w:t>
            </w:r>
          </w:p>
        </w:tc>
        <w:tc>
          <w:tcPr>
            <w:tcW w:type="dxa" w:w="1224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ง31265</w:t>
            </w:r>
          </w:p>
        </w:tc>
        <w:tc>
          <w:tcPr>
            <w:tcW w:type="dxa" w:w="2592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ของที่ระลึกสร้างสรรค์</w:t>
            </w:r>
          </w:p>
        </w:tc>
        <w:tc>
          <w:tcPr>
            <w:tcW w:type="dxa" w:w="2376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นางสาวพัชรี สิกขะเศรษฐ์</w:t>
            </w:r>
          </w:p>
        </w:tc>
        <w:tc>
          <w:tcPr>
            <w:tcW w:type="dxa" w:w="1152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17 คน</w:t>
            </w:r>
          </w:p>
        </w:tc>
        <w:tc>
          <w:tcPr>
            <w:tcW w:type="dxa" w:w="1008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-</w:t>
            </w:r>
          </w:p>
        </w:tc>
      </w:tr>
      <w:tr>
        <w:trPr>
          <w:cantSplit/>
        </w:trPr>
        <w:tc>
          <w:tcPr>
            <w:tcW w:type="dxa" w:w="1080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2568</w:t>
            </w:r>
          </w:p>
        </w:tc>
        <w:tc>
          <w:tcPr>
            <w:tcW w:type="dxa" w:w="936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2</w:t>
            </w:r>
          </w:p>
        </w:tc>
        <w:tc>
          <w:tcPr>
            <w:tcW w:type="dxa" w:w="936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ม.4/2</w:t>
            </w:r>
          </w:p>
        </w:tc>
        <w:tc>
          <w:tcPr>
            <w:tcW w:type="dxa" w:w="1224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ว31202</w:t>
            </w:r>
          </w:p>
        </w:tc>
        <w:tc>
          <w:tcPr>
            <w:tcW w:type="dxa" w:w="2592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คอมพิวเตอร์ 2</w:t>
            </w:r>
          </w:p>
        </w:tc>
        <w:tc>
          <w:tcPr>
            <w:tcW w:type="dxa" w:w="2376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นางสาวมัณฑนา คำแสงดี</w:t>
            </w:r>
          </w:p>
        </w:tc>
        <w:tc>
          <w:tcPr>
            <w:tcW w:type="dxa" w:w="1152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17 คน</w:t>
            </w:r>
          </w:p>
        </w:tc>
        <w:tc>
          <w:tcPr>
            <w:tcW w:type="dxa" w:w="1008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-</w:t>
            </w:r>
          </w:p>
        </w:tc>
      </w:tr>
      <w:tr>
        <w:trPr>
          <w:cantSplit/>
        </w:trPr>
        <w:tc>
          <w:tcPr>
            <w:tcW w:type="dxa" w:w="1080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2568</w:t>
            </w:r>
          </w:p>
        </w:tc>
        <w:tc>
          <w:tcPr>
            <w:tcW w:type="dxa" w:w="936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2</w:t>
            </w:r>
          </w:p>
        </w:tc>
        <w:tc>
          <w:tcPr>
            <w:tcW w:type="dxa" w:w="936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ม.4/2</w:t>
            </w:r>
          </w:p>
        </w:tc>
        <w:tc>
          <w:tcPr>
            <w:tcW w:type="dxa" w:w="1224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ศ31212</w:t>
            </w:r>
          </w:p>
        </w:tc>
        <w:tc>
          <w:tcPr>
            <w:tcW w:type="dxa" w:w="2592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นาฏศิลป์ 2</w:t>
            </w:r>
          </w:p>
        </w:tc>
        <w:tc>
          <w:tcPr>
            <w:tcW w:type="dxa" w:w="2376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นายมตรส สืบโมรา</w:t>
            </w:r>
          </w:p>
        </w:tc>
        <w:tc>
          <w:tcPr>
            <w:tcW w:type="dxa" w:w="1152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17 คน</w:t>
            </w:r>
          </w:p>
        </w:tc>
        <w:tc>
          <w:tcPr>
            <w:tcW w:type="dxa" w:w="1008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-</w:t>
            </w:r>
          </w:p>
        </w:tc>
      </w:tr>
      <w:tr>
        <w:trPr>
          <w:cantSplit/>
        </w:trPr>
        <w:tc>
          <w:tcPr>
            <w:tcW w:type="dxa" w:w="1080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2568</w:t>
            </w:r>
          </w:p>
        </w:tc>
        <w:tc>
          <w:tcPr>
            <w:tcW w:type="dxa" w:w="936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2</w:t>
            </w:r>
          </w:p>
        </w:tc>
        <w:tc>
          <w:tcPr>
            <w:tcW w:type="dxa" w:w="936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ม.4/2</w:t>
            </w:r>
          </w:p>
        </w:tc>
        <w:tc>
          <w:tcPr>
            <w:tcW w:type="dxa" w:w="1224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ศ31222</w:t>
            </w:r>
          </w:p>
        </w:tc>
        <w:tc>
          <w:tcPr>
            <w:tcW w:type="dxa" w:w="2592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ทัศนศิลป์ 2</w:t>
            </w:r>
          </w:p>
        </w:tc>
        <w:tc>
          <w:tcPr>
            <w:tcW w:type="dxa" w:w="2376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นายนิรันดร พันธ์ทรัพย์</w:t>
            </w:r>
          </w:p>
        </w:tc>
        <w:tc>
          <w:tcPr>
            <w:tcW w:type="dxa" w:w="1152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17 คน</w:t>
            </w:r>
          </w:p>
        </w:tc>
        <w:tc>
          <w:tcPr>
            <w:tcW w:type="dxa" w:w="1008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-</w:t>
            </w:r>
          </w:p>
        </w:tc>
      </w:tr>
      <w:tr>
        <w:trPr>
          <w:cantSplit/>
        </w:trPr>
        <w:tc>
          <w:tcPr>
            <w:tcW w:type="dxa" w:w="1080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2568</w:t>
            </w:r>
          </w:p>
        </w:tc>
        <w:tc>
          <w:tcPr>
            <w:tcW w:type="dxa" w:w="936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2</w:t>
            </w:r>
          </w:p>
        </w:tc>
        <w:tc>
          <w:tcPr>
            <w:tcW w:type="dxa" w:w="936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ม.4/2</w:t>
            </w:r>
          </w:p>
        </w:tc>
        <w:tc>
          <w:tcPr>
            <w:tcW w:type="dxa" w:w="1224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อ31212</w:t>
            </w:r>
          </w:p>
        </w:tc>
        <w:tc>
          <w:tcPr>
            <w:tcW w:type="dxa" w:w="2592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ภาษาอังกฤษรอบรู้ 2</w:t>
            </w:r>
          </w:p>
        </w:tc>
        <w:tc>
          <w:tcPr>
            <w:tcW w:type="dxa" w:w="2376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นายศุภกิตติ์ บุญวงษา</w:t>
            </w:r>
          </w:p>
        </w:tc>
        <w:tc>
          <w:tcPr>
            <w:tcW w:type="dxa" w:w="1152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17 คน</w:t>
            </w:r>
          </w:p>
        </w:tc>
        <w:tc>
          <w:tcPr>
            <w:tcW w:type="dxa" w:w="1008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-</w:t>
            </w:r>
          </w:p>
        </w:tc>
      </w:tr>
    </w:tbl>
    <w:p>
      <w:pPr>
        <w:spacing w:before="180" w:after="80" w:line="276" w:lineRule="auto"/>
        <w:jc w:val="left"/>
      </w:pPr>
      <w:r>
        <w:rPr>
          <w:rFonts w:ascii="TH Sarabun New" w:hAnsi="TH Sarabun New"/>
          <w:b/>
          <w:i w:val="0"/>
          <w:color w:val="2F5597"/>
          <w:sz w:val="31"/>
          <w:rFonts w:ascii="TH Sarabun New" w:hAnsi="TH Sarabun New" w:eastAsia="TH Sarabun New" w:cs="TH Sarabun New"/>
        </w:rPr>
        <w:t>3.2 รายวิชาที่ครูประเมิน นร.ปกติครบ 100% แล้ว (ขาดเฉพาะนักเรียนแขวนลอย)</w:t>
      </w:r>
    </w:p>
    <w:p>
      <w:pPr>
        <w:spacing w:before="0" w:after="80" w:line="276" w:lineRule="auto"/>
        <w:jc w:val="left"/>
      </w:pPr>
      <w:r>
        <w:t xml:space="preserve">รายวิชาต่อไปนี้ครูผู้สอนได้ประเมินนักเรียนปกติครบ 100% แล้ว แต่มีชื่อค้างเฉพาะนักเรียนกลุ่มแขวนลอยที่ไม่มาเรียน (1-4 คน) </w:t>
      </w:r>
      <w:r>
        <w:rPr>
          <w:rFonts w:ascii="TH Sarabun New" w:hAnsi="TH Sarabun New"/>
          <w:b/>
          <w:i w:val="0"/>
          <w:color w:val="008000"/>
          <w:sz w:val="30"/>
          <w:rFonts w:ascii="TH Sarabun New" w:hAnsi="TH Sarabun New" w:eastAsia="TH Sarabun New" w:cs="TH Sarabun New"/>
        </w:rPr>
        <w:t>จึงไม่ต้องติดตามครูผู้สอนในรายวิชาเหล่านี้: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3D3D3"/>
          <w:bottom w:val="single" w:sz="6" w:space="0" w:color="D3D3D3"/>
          <w:left w:val="none"/>
          <w:right w:val="none"/>
          <w:insideH w:val="single" w:sz="4" w:space="0" w:color="E0E0E0"/>
          <w:insideV w:val="none"/>
        </w:tblBorders>
      </w:tblPr>
      <w:tblGrid>
        <w:gridCol w:w="1314"/>
        <w:gridCol w:w="1314"/>
        <w:gridCol w:w="1314"/>
        <w:gridCol w:w="1314"/>
        <w:gridCol w:w="1314"/>
        <w:gridCol w:w="1314"/>
        <w:gridCol w:w="1314"/>
        <w:gridCol w:w="1314"/>
      </w:tblGrid>
      <w:tr>
        <w:trPr>
          <w:tblHeader/>
        </w:trPr>
        <w:tc>
          <w:tcPr>
            <w:tcW w:type="dxa" w:w="1080"/>
            <w:shd w:fill="548235"/>
            <w:tcMar>
              <w:top w:w="100" w:type="dxa"/>
              <w:bottom w:w="100" w:type="dxa"/>
              <w:left w:w="100" w:type="dxa"/>
              <w:right w:w="10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/>
                <w:i w:val="0"/>
                <w:color w:val="FFFFFF"/>
                <w:sz w:val="27"/>
                <w:rFonts w:ascii="TH Sarabun New" w:hAnsi="TH Sarabun New" w:eastAsia="TH Sarabun New" w:cs="TH Sarabun New"/>
              </w:rPr>
              <w:t>ปีการศึกษา</w:t>
            </w:r>
          </w:p>
        </w:tc>
        <w:tc>
          <w:tcPr>
            <w:tcW w:type="dxa" w:w="936"/>
            <w:shd w:fill="548235"/>
            <w:tcMar>
              <w:top w:w="100" w:type="dxa"/>
              <w:bottom w:w="100" w:type="dxa"/>
              <w:left w:w="100" w:type="dxa"/>
              <w:right w:w="10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/>
                <w:i w:val="0"/>
                <w:color w:val="FFFFFF"/>
                <w:sz w:val="27"/>
                <w:rFonts w:ascii="TH Sarabun New" w:hAnsi="TH Sarabun New" w:eastAsia="TH Sarabun New" w:cs="TH Sarabun New"/>
              </w:rPr>
              <w:t>ภาคเรียน</w:t>
            </w:r>
          </w:p>
        </w:tc>
        <w:tc>
          <w:tcPr>
            <w:tcW w:type="dxa" w:w="936"/>
            <w:shd w:fill="548235"/>
            <w:tcMar>
              <w:top w:w="100" w:type="dxa"/>
              <w:bottom w:w="100" w:type="dxa"/>
              <w:left w:w="100" w:type="dxa"/>
              <w:right w:w="10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/>
                <w:i w:val="0"/>
                <w:color w:val="FFFFFF"/>
                <w:sz w:val="27"/>
                <w:rFonts w:ascii="TH Sarabun New" w:hAnsi="TH Sarabun New" w:eastAsia="TH Sarabun New" w:cs="TH Sarabun New"/>
              </w:rPr>
              <w:t>ชั้น</w:t>
            </w:r>
          </w:p>
        </w:tc>
        <w:tc>
          <w:tcPr>
            <w:tcW w:type="dxa" w:w="1224"/>
            <w:shd w:fill="548235"/>
            <w:tcMar>
              <w:top w:w="100" w:type="dxa"/>
              <w:bottom w:w="100" w:type="dxa"/>
              <w:left w:w="100" w:type="dxa"/>
              <w:right w:w="10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/>
                <w:i w:val="0"/>
                <w:color w:val="FFFFFF"/>
                <w:sz w:val="27"/>
                <w:rFonts w:ascii="TH Sarabun New" w:hAnsi="TH Sarabun New" w:eastAsia="TH Sarabun New" w:cs="TH Sarabun New"/>
              </w:rPr>
              <w:t>รหัสวิชา</w:t>
            </w:r>
          </w:p>
        </w:tc>
        <w:tc>
          <w:tcPr>
            <w:tcW w:type="dxa" w:w="2448"/>
            <w:shd w:fill="548235"/>
            <w:tcMar>
              <w:top w:w="100" w:type="dxa"/>
              <w:bottom w:w="100" w:type="dxa"/>
              <w:left w:w="100" w:type="dxa"/>
              <w:right w:w="10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/>
                <w:i w:val="0"/>
                <w:color w:val="FFFFFF"/>
                <w:sz w:val="27"/>
                <w:rFonts w:ascii="TH Sarabun New" w:hAnsi="TH Sarabun New" w:eastAsia="TH Sarabun New" w:cs="TH Sarabun New"/>
              </w:rPr>
              <w:t>ชื่อวิชา</w:t>
            </w:r>
          </w:p>
        </w:tc>
        <w:tc>
          <w:tcPr>
            <w:tcW w:type="dxa" w:w="2376"/>
            <w:shd w:fill="548235"/>
            <w:tcMar>
              <w:top w:w="100" w:type="dxa"/>
              <w:bottom w:w="100" w:type="dxa"/>
              <w:left w:w="100" w:type="dxa"/>
              <w:right w:w="10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/>
                <w:i w:val="0"/>
                <w:color w:val="FFFFFF"/>
                <w:sz w:val="27"/>
                <w:rFonts w:ascii="TH Sarabun New" w:hAnsi="TH Sarabun New" w:eastAsia="TH Sarabun New" w:cs="TH Sarabun New"/>
              </w:rPr>
              <w:t>ครูผู้สอน</w:t>
            </w:r>
          </w:p>
        </w:tc>
        <w:tc>
          <w:tcPr>
            <w:tcW w:type="dxa" w:w="1584"/>
            <w:shd w:fill="548235"/>
            <w:tcMar>
              <w:top w:w="100" w:type="dxa"/>
              <w:bottom w:w="100" w:type="dxa"/>
              <w:left w:w="100" w:type="dxa"/>
              <w:right w:w="10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/>
                <w:i w:val="0"/>
                <w:color w:val="FFFFFF"/>
                <w:sz w:val="27"/>
                <w:rFonts w:ascii="TH Sarabun New" w:hAnsi="TH Sarabun New" w:eastAsia="TH Sarabun New" w:cs="TH Sarabun New"/>
              </w:rPr>
              <w:t>นร.แขวนลอยที่ค้าง</w:t>
            </w:r>
          </w:p>
        </w:tc>
        <w:tc>
          <w:tcPr>
            <w:tcW w:type="dxa" w:w="1584"/>
            <w:shd w:fill="548235"/>
            <w:tcMar>
              <w:top w:w="100" w:type="dxa"/>
              <w:bottom w:w="100" w:type="dxa"/>
              <w:left w:w="100" w:type="dxa"/>
              <w:right w:w="10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/>
                <w:i w:val="0"/>
                <w:color w:val="FFFFFF"/>
                <w:sz w:val="27"/>
                <w:rFonts w:ascii="TH Sarabun New" w:hAnsi="TH Sarabun New" w:eastAsia="TH Sarabun New" w:cs="TH Sarabun New"/>
              </w:rPr>
              <w:t>สถานะการติดตาม</w:t>
            </w:r>
          </w:p>
        </w:tc>
      </w:tr>
      <w:tr>
        <w:trPr>
          <w:cantSplit/>
        </w:trPr>
        <w:tc>
          <w:tcPr>
            <w:tcW w:type="dxa" w:w="1080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2568</w:t>
            </w:r>
          </w:p>
        </w:tc>
        <w:tc>
          <w:tcPr>
            <w:tcW w:type="dxa" w:w="936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1</w:t>
            </w:r>
          </w:p>
        </w:tc>
        <w:tc>
          <w:tcPr>
            <w:tcW w:type="dxa" w:w="936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ม.2/2</w:t>
            </w:r>
          </w:p>
        </w:tc>
        <w:tc>
          <w:tcPr>
            <w:tcW w:type="dxa" w:w="1224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ว22103</w:t>
            </w:r>
          </w:p>
        </w:tc>
        <w:tc>
          <w:tcPr>
            <w:tcW w:type="dxa" w:w="2448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วิทยาการคำนวณ 2</w:t>
            </w:r>
          </w:p>
        </w:tc>
        <w:tc>
          <w:tcPr>
            <w:tcW w:type="dxa" w:w="2376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นางสาวพัชญ์ชิสา อภิกุลวราศิษฐ์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สุกรรณญา (1 คน)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ไม่ต้องติดตาม</w:t>
            </w:r>
          </w:p>
        </w:tc>
      </w:tr>
      <w:tr>
        <w:trPr>
          <w:cantSplit/>
        </w:trPr>
        <w:tc>
          <w:tcPr>
            <w:tcW w:type="dxa" w:w="1080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2568</w:t>
            </w:r>
          </w:p>
        </w:tc>
        <w:tc>
          <w:tcPr>
            <w:tcW w:type="dxa" w:w="936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1</w:t>
            </w:r>
          </w:p>
        </w:tc>
        <w:tc>
          <w:tcPr>
            <w:tcW w:type="dxa" w:w="936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ม.3/1</w:t>
            </w:r>
          </w:p>
        </w:tc>
        <w:tc>
          <w:tcPr>
            <w:tcW w:type="dxa" w:w="1224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ว23103</w:t>
            </w:r>
          </w:p>
        </w:tc>
        <w:tc>
          <w:tcPr>
            <w:tcW w:type="dxa" w:w="2448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วิทยาการคำนวณ 3</w:t>
            </w:r>
          </w:p>
        </w:tc>
        <w:tc>
          <w:tcPr>
            <w:tcW w:type="dxa" w:w="2376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นางสาวพัชญ์ชิสา อภิกุลวราศิษฐ์</w:t>
            </w:r>
          </w:p>
        </w:tc>
        <w:tc>
          <w:tcPr>
            <w:tcW w:type="dxa" w:w="1584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กลุ่ม ม.3/1 (4 คน)</w:t>
            </w:r>
          </w:p>
        </w:tc>
        <w:tc>
          <w:tcPr>
            <w:tcW w:type="dxa" w:w="1584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ไม่ต้องติดตาม</w:t>
            </w:r>
          </w:p>
        </w:tc>
      </w:tr>
      <w:tr>
        <w:trPr>
          <w:cantSplit/>
        </w:trPr>
        <w:tc>
          <w:tcPr>
            <w:tcW w:type="dxa" w:w="1080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2568</w:t>
            </w:r>
          </w:p>
        </w:tc>
        <w:tc>
          <w:tcPr>
            <w:tcW w:type="dxa" w:w="936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1</w:t>
            </w:r>
          </w:p>
        </w:tc>
        <w:tc>
          <w:tcPr>
            <w:tcW w:type="dxa" w:w="936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ม.3/2</w:t>
            </w:r>
          </w:p>
        </w:tc>
        <w:tc>
          <w:tcPr>
            <w:tcW w:type="dxa" w:w="1224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ว23103</w:t>
            </w:r>
          </w:p>
        </w:tc>
        <w:tc>
          <w:tcPr>
            <w:tcW w:type="dxa" w:w="2448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วิทยาการคำนวณ 3</w:t>
            </w:r>
          </w:p>
        </w:tc>
        <w:tc>
          <w:tcPr>
            <w:tcW w:type="dxa" w:w="2376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นางสาวพัชญ์ชิสา อภิกุลวราศิษฐ์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ภาวิณี (1 คน)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ไม่ต้องติดตาม</w:t>
            </w:r>
          </w:p>
        </w:tc>
      </w:tr>
      <w:tr>
        <w:trPr>
          <w:cantSplit/>
        </w:trPr>
        <w:tc>
          <w:tcPr>
            <w:tcW w:type="dxa" w:w="1080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2568</w:t>
            </w:r>
          </w:p>
        </w:tc>
        <w:tc>
          <w:tcPr>
            <w:tcW w:type="dxa" w:w="936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1</w:t>
            </w:r>
          </w:p>
        </w:tc>
        <w:tc>
          <w:tcPr>
            <w:tcW w:type="dxa" w:w="936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ม.6/1</w:t>
            </w:r>
          </w:p>
        </w:tc>
        <w:tc>
          <w:tcPr>
            <w:tcW w:type="dxa" w:w="1224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ว33241</w:t>
            </w:r>
          </w:p>
        </w:tc>
        <w:tc>
          <w:tcPr>
            <w:tcW w:type="dxa" w:w="2448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ชีววิทยา 5</w:t>
            </w:r>
          </w:p>
        </w:tc>
        <w:tc>
          <w:tcPr>
            <w:tcW w:type="dxa" w:w="2376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นางสาวเพชราภรณ์ สุวรรณวงษ์</w:t>
            </w:r>
          </w:p>
        </w:tc>
        <w:tc>
          <w:tcPr>
            <w:tcW w:type="dxa" w:w="1584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คาวี (1 คน)</w:t>
            </w:r>
          </w:p>
        </w:tc>
        <w:tc>
          <w:tcPr>
            <w:tcW w:type="dxa" w:w="1584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ไม่ต้องติดตาม</w:t>
            </w:r>
          </w:p>
        </w:tc>
      </w:tr>
      <w:tr>
        <w:trPr>
          <w:cantSplit/>
        </w:trPr>
        <w:tc>
          <w:tcPr>
            <w:tcW w:type="dxa" w:w="1080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2568</w:t>
            </w:r>
          </w:p>
        </w:tc>
        <w:tc>
          <w:tcPr>
            <w:tcW w:type="dxa" w:w="936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1</w:t>
            </w:r>
          </w:p>
        </w:tc>
        <w:tc>
          <w:tcPr>
            <w:tcW w:type="dxa" w:w="936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ม.6/1</w:t>
            </w:r>
          </w:p>
        </w:tc>
        <w:tc>
          <w:tcPr>
            <w:tcW w:type="dxa" w:w="1224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ส33203</w:t>
            </w:r>
          </w:p>
        </w:tc>
        <w:tc>
          <w:tcPr>
            <w:tcW w:type="dxa" w:w="2448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อาเซียนศึกษา 3</w:t>
            </w:r>
          </w:p>
        </w:tc>
        <w:tc>
          <w:tcPr>
            <w:tcW w:type="dxa" w:w="2376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นางปราณี มูลสาร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คาวี (1 คน)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ไม่ต้องติดตาม</w:t>
            </w:r>
          </w:p>
        </w:tc>
      </w:tr>
      <w:tr>
        <w:trPr>
          <w:cantSplit/>
        </w:trPr>
        <w:tc>
          <w:tcPr>
            <w:tcW w:type="dxa" w:w="1080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2568</w:t>
            </w:r>
          </w:p>
        </w:tc>
        <w:tc>
          <w:tcPr>
            <w:tcW w:type="dxa" w:w="936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2</w:t>
            </w:r>
          </w:p>
        </w:tc>
        <w:tc>
          <w:tcPr>
            <w:tcW w:type="dxa" w:w="936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ม.1/2</w:t>
            </w:r>
          </w:p>
        </w:tc>
        <w:tc>
          <w:tcPr>
            <w:tcW w:type="dxa" w:w="1224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พ21103</w:t>
            </w:r>
          </w:p>
        </w:tc>
        <w:tc>
          <w:tcPr>
            <w:tcW w:type="dxa" w:w="2448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สุขศึกษาและพลศึกษา 2</w:t>
            </w:r>
          </w:p>
        </w:tc>
        <w:tc>
          <w:tcPr>
            <w:tcW w:type="dxa" w:w="2376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นายวีระพงษ์ บุตรสีทัด</w:t>
            </w:r>
          </w:p>
        </w:tc>
        <w:tc>
          <w:tcPr>
            <w:tcW w:type="dxa" w:w="1584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ฆ้องชัย (1 คน)</w:t>
            </w:r>
          </w:p>
        </w:tc>
        <w:tc>
          <w:tcPr>
            <w:tcW w:type="dxa" w:w="1584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ไม่ต้องติดตาม</w:t>
            </w:r>
          </w:p>
        </w:tc>
      </w:tr>
      <w:tr>
        <w:trPr>
          <w:cantSplit/>
        </w:trPr>
        <w:tc>
          <w:tcPr>
            <w:tcW w:type="dxa" w:w="1080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2568</w:t>
            </w:r>
          </w:p>
        </w:tc>
        <w:tc>
          <w:tcPr>
            <w:tcW w:type="dxa" w:w="936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2</w:t>
            </w:r>
          </w:p>
        </w:tc>
        <w:tc>
          <w:tcPr>
            <w:tcW w:type="dxa" w:w="936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ม.1/2</w:t>
            </w:r>
          </w:p>
        </w:tc>
        <w:tc>
          <w:tcPr>
            <w:tcW w:type="dxa" w:w="1224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ว21104</w:t>
            </w:r>
          </w:p>
        </w:tc>
        <w:tc>
          <w:tcPr>
            <w:tcW w:type="dxa" w:w="2448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การออกแบบและเทคโนโลยี 1</w:t>
            </w:r>
          </w:p>
        </w:tc>
        <w:tc>
          <w:tcPr>
            <w:tcW w:type="dxa" w:w="2376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นางสาวพัชญ์ชิสา อภิกุลวราศิษฐ์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ฆ้องชัย (1 คน)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ไม่ต้องติดตาม</w:t>
            </w:r>
          </w:p>
        </w:tc>
      </w:tr>
      <w:tr>
        <w:trPr>
          <w:cantSplit/>
        </w:trPr>
        <w:tc>
          <w:tcPr>
            <w:tcW w:type="dxa" w:w="1080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2568</w:t>
            </w:r>
          </w:p>
        </w:tc>
        <w:tc>
          <w:tcPr>
            <w:tcW w:type="dxa" w:w="936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2</w:t>
            </w:r>
          </w:p>
        </w:tc>
        <w:tc>
          <w:tcPr>
            <w:tcW w:type="dxa" w:w="936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ม.1/2</w:t>
            </w:r>
          </w:p>
        </w:tc>
        <w:tc>
          <w:tcPr>
            <w:tcW w:type="dxa" w:w="1224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ว21202</w:t>
            </w:r>
          </w:p>
        </w:tc>
        <w:tc>
          <w:tcPr>
            <w:tcW w:type="dxa" w:w="2448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การศึกษาค้นคว้าและสารสนเทศ</w:t>
            </w:r>
          </w:p>
        </w:tc>
        <w:tc>
          <w:tcPr>
            <w:tcW w:type="dxa" w:w="2376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นางสาวพัชญ์ชิสา อภิกุลวราศิษฐ์</w:t>
            </w:r>
          </w:p>
        </w:tc>
        <w:tc>
          <w:tcPr>
            <w:tcW w:type="dxa" w:w="1584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ฆ้องชัย (1 คน)</w:t>
            </w:r>
          </w:p>
        </w:tc>
        <w:tc>
          <w:tcPr>
            <w:tcW w:type="dxa" w:w="1584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ไม่ต้องติดตาม</w:t>
            </w:r>
          </w:p>
        </w:tc>
      </w:tr>
      <w:tr>
        <w:trPr>
          <w:cantSplit/>
        </w:trPr>
        <w:tc>
          <w:tcPr>
            <w:tcW w:type="dxa" w:w="1080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2568</w:t>
            </w:r>
          </w:p>
        </w:tc>
        <w:tc>
          <w:tcPr>
            <w:tcW w:type="dxa" w:w="936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2</w:t>
            </w:r>
          </w:p>
        </w:tc>
        <w:tc>
          <w:tcPr>
            <w:tcW w:type="dxa" w:w="936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ม.3/1</w:t>
            </w:r>
          </w:p>
        </w:tc>
        <w:tc>
          <w:tcPr>
            <w:tcW w:type="dxa" w:w="1224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พ23103</w:t>
            </w:r>
          </w:p>
        </w:tc>
        <w:tc>
          <w:tcPr>
            <w:tcW w:type="dxa" w:w="2448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สุขศึกษา 6</w:t>
            </w:r>
          </w:p>
        </w:tc>
        <w:tc>
          <w:tcPr>
            <w:tcW w:type="dxa" w:w="2376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นายวีระพงษ์ บุตรสีทัด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กลุ่ม ม.3/1 (2 คน)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ไม่ต้องติดตาม</w:t>
            </w:r>
          </w:p>
        </w:tc>
      </w:tr>
      <w:tr>
        <w:trPr>
          <w:cantSplit/>
        </w:trPr>
        <w:tc>
          <w:tcPr>
            <w:tcW w:type="dxa" w:w="1080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2568</w:t>
            </w:r>
          </w:p>
        </w:tc>
        <w:tc>
          <w:tcPr>
            <w:tcW w:type="dxa" w:w="936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2</w:t>
            </w:r>
          </w:p>
        </w:tc>
        <w:tc>
          <w:tcPr>
            <w:tcW w:type="dxa" w:w="936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ม.3/1</w:t>
            </w:r>
          </w:p>
        </w:tc>
        <w:tc>
          <w:tcPr>
            <w:tcW w:type="dxa" w:w="1224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พ23104</w:t>
            </w:r>
          </w:p>
        </w:tc>
        <w:tc>
          <w:tcPr>
            <w:tcW w:type="dxa" w:w="2448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บาสเกตบอล</w:t>
            </w:r>
          </w:p>
        </w:tc>
        <w:tc>
          <w:tcPr>
            <w:tcW w:type="dxa" w:w="2376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นายวีระพงษ์ บุตรสีทัด</w:t>
            </w:r>
          </w:p>
        </w:tc>
        <w:tc>
          <w:tcPr>
            <w:tcW w:type="dxa" w:w="1584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กลุ่ม ม.3/1 (2 คน)</w:t>
            </w:r>
          </w:p>
        </w:tc>
        <w:tc>
          <w:tcPr>
            <w:tcW w:type="dxa" w:w="1584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ไม่ต้องติดตาม</w:t>
            </w:r>
          </w:p>
        </w:tc>
      </w:tr>
      <w:tr>
        <w:trPr>
          <w:cantSplit/>
        </w:trPr>
        <w:tc>
          <w:tcPr>
            <w:tcW w:type="dxa" w:w="1080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2568</w:t>
            </w:r>
          </w:p>
        </w:tc>
        <w:tc>
          <w:tcPr>
            <w:tcW w:type="dxa" w:w="936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2</w:t>
            </w:r>
          </w:p>
        </w:tc>
        <w:tc>
          <w:tcPr>
            <w:tcW w:type="dxa" w:w="936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ม.3/1</w:t>
            </w:r>
          </w:p>
        </w:tc>
        <w:tc>
          <w:tcPr>
            <w:tcW w:type="dxa" w:w="1224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ว23104</w:t>
            </w:r>
          </w:p>
        </w:tc>
        <w:tc>
          <w:tcPr>
            <w:tcW w:type="dxa" w:w="2448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การออกแบบและเทคโนโลยี 3</w:t>
            </w:r>
          </w:p>
        </w:tc>
        <w:tc>
          <w:tcPr>
            <w:tcW w:type="dxa" w:w="2376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นางสาวพัชญ์ชิสา อภิกุลวราศิษฐ์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กลุ่ม ม.3/1 (2 คน)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ไม่ต้องติดตาม</w:t>
            </w:r>
          </w:p>
        </w:tc>
      </w:tr>
      <w:tr>
        <w:trPr>
          <w:cantSplit/>
        </w:trPr>
        <w:tc>
          <w:tcPr>
            <w:tcW w:type="dxa" w:w="1080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2568</w:t>
            </w:r>
          </w:p>
        </w:tc>
        <w:tc>
          <w:tcPr>
            <w:tcW w:type="dxa" w:w="936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2</w:t>
            </w:r>
          </w:p>
        </w:tc>
        <w:tc>
          <w:tcPr>
            <w:tcW w:type="dxa" w:w="936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ม.3/1</w:t>
            </w:r>
          </w:p>
        </w:tc>
        <w:tc>
          <w:tcPr>
            <w:tcW w:type="dxa" w:w="1224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ศ23102</w:t>
            </w:r>
          </w:p>
        </w:tc>
        <w:tc>
          <w:tcPr>
            <w:tcW w:type="dxa" w:w="2448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ศิลปะ 6</w:t>
            </w:r>
          </w:p>
        </w:tc>
        <w:tc>
          <w:tcPr>
            <w:tcW w:type="dxa" w:w="2376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นายนิรันดร พันธ์ทรัพย์</w:t>
            </w:r>
          </w:p>
        </w:tc>
        <w:tc>
          <w:tcPr>
            <w:tcW w:type="dxa" w:w="1584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กลุ่ม ม.3/1 (2 คน)</w:t>
            </w:r>
          </w:p>
        </w:tc>
        <w:tc>
          <w:tcPr>
            <w:tcW w:type="dxa" w:w="1584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ไม่ต้องติดตาม</w:t>
            </w:r>
          </w:p>
        </w:tc>
      </w:tr>
      <w:tr>
        <w:trPr>
          <w:cantSplit/>
        </w:trPr>
        <w:tc>
          <w:tcPr>
            <w:tcW w:type="dxa" w:w="1080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2568</w:t>
            </w:r>
          </w:p>
        </w:tc>
        <w:tc>
          <w:tcPr>
            <w:tcW w:type="dxa" w:w="936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2</w:t>
            </w:r>
          </w:p>
        </w:tc>
        <w:tc>
          <w:tcPr>
            <w:tcW w:type="dxa" w:w="936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ม.3/2</w:t>
            </w:r>
          </w:p>
        </w:tc>
        <w:tc>
          <w:tcPr>
            <w:tcW w:type="dxa" w:w="1224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ว23104</w:t>
            </w:r>
          </w:p>
        </w:tc>
        <w:tc>
          <w:tcPr>
            <w:tcW w:type="dxa" w:w="2448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การออกแบบและเทคโนโลยี 3</w:t>
            </w:r>
          </w:p>
        </w:tc>
        <w:tc>
          <w:tcPr>
            <w:tcW w:type="dxa" w:w="2376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นางสาวพัชญ์ชิสา อภิกุลวราศิษฐ์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ภาวิณี (1 คน)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ไม่ต้องติดตาม</w:t>
            </w:r>
          </w:p>
        </w:tc>
      </w:tr>
      <w:tr>
        <w:trPr>
          <w:cantSplit/>
        </w:trPr>
        <w:tc>
          <w:tcPr>
            <w:tcW w:type="dxa" w:w="1080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2568</w:t>
            </w:r>
          </w:p>
        </w:tc>
        <w:tc>
          <w:tcPr>
            <w:tcW w:type="dxa" w:w="936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2</w:t>
            </w:r>
          </w:p>
        </w:tc>
        <w:tc>
          <w:tcPr>
            <w:tcW w:type="dxa" w:w="936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ม.6/1</w:t>
            </w:r>
          </w:p>
        </w:tc>
        <w:tc>
          <w:tcPr>
            <w:tcW w:type="dxa" w:w="1224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พ33102</w:t>
            </w:r>
          </w:p>
        </w:tc>
        <w:tc>
          <w:tcPr>
            <w:tcW w:type="dxa" w:w="2448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สุขศึกษา 6</w:t>
            </w:r>
          </w:p>
        </w:tc>
        <w:tc>
          <w:tcPr>
            <w:tcW w:type="dxa" w:w="2376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นายวีระพงษ์ บุตรสีทัด</w:t>
            </w:r>
          </w:p>
        </w:tc>
        <w:tc>
          <w:tcPr>
            <w:tcW w:type="dxa" w:w="1584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คาวี (1 คน)</w:t>
            </w:r>
          </w:p>
        </w:tc>
        <w:tc>
          <w:tcPr>
            <w:tcW w:type="dxa" w:w="1584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ไม่ต้องติดตาม</w:t>
            </w:r>
          </w:p>
        </w:tc>
      </w:tr>
      <w:tr>
        <w:trPr>
          <w:cantSplit/>
        </w:trPr>
        <w:tc>
          <w:tcPr>
            <w:tcW w:type="dxa" w:w="1080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2568</w:t>
            </w:r>
          </w:p>
        </w:tc>
        <w:tc>
          <w:tcPr>
            <w:tcW w:type="dxa" w:w="936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2</w:t>
            </w:r>
          </w:p>
        </w:tc>
        <w:tc>
          <w:tcPr>
            <w:tcW w:type="dxa" w:w="936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ม.6/1</w:t>
            </w:r>
          </w:p>
        </w:tc>
        <w:tc>
          <w:tcPr>
            <w:tcW w:type="dxa" w:w="1224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ว33103</w:t>
            </w:r>
          </w:p>
        </w:tc>
        <w:tc>
          <w:tcPr>
            <w:tcW w:type="dxa" w:w="2448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วิทยาการคำนวณ</w:t>
            </w:r>
          </w:p>
        </w:tc>
        <w:tc>
          <w:tcPr>
            <w:tcW w:type="dxa" w:w="2376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นางสาวพัชญ์ชิสา อภิกุลวราศิษฐ์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คาวี (1 คน)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ไม่ต้องติดตาม</w:t>
            </w:r>
          </w:p>
        </w:tc>
      </w:tr>
      <w:tr>
        <w:trPr>
          <w:cantSplit/>
        </w:trPr>
        <w:tc>
          <w:tcPr>
            <w:tcW w:type="dxa" w:w="1080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2568</w:t>
            </w:r>
          </w:p>
        </w:tc>
        <w:tc>
          <w:tcPr>
            <w:tcW w:type="dxa" w:w="936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2</w:t>
            </w:r>
          </w:p>
        </w:tc>
        <w:tc>
          <w:tcPr>
            <w:tcW w:type="dxa" w:w="936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ม.6/1</w:t>
            </w:r>
          </w:p>
        </w:tc>
        <w:tc>
          <w:tcPr>
            <w:tcW w:type="dxa" w:w="1224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ศ33102</w:t>
            </w:r>
          </w:p>
        </w:tc>
        <w:tc>
          <w:tcPr>
            <w:tcW w:type="dxa" w:w="2448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ศิลปะ 6</w:t>
            </w:r>
          </w:p>
        </w:tc>
        <w:tc>
          <w:tcPr>
            <w:tcW w:type="dxa" w:w="2376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นายนิรันดร พันธ์ทรัพย์</w:t>
            </w:r>
          </w:p>
        </w:tc>
        <w:tc>
          <w:tcPr>
            <w:tcW w:type="dxa" w:w="1584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คาวี (1 คน)</w:t>
            </w:r>
          </w:p>
        </w:tc>
        <w:tc>
          <w:tcPr>
            <w:tcW w:type="dxa" w:w="1584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ไม่ต้องติดตาม</w:t>
            </w:r>
          </w:p>
        </w:tc>
      </w:tr>
      <w:tr>
        <w:trPr>
          <w:cantSplit/>
        </w:trPr>
        <w:tc>
          <w:tcPr>
            <w:tcW w:type="dxa" w:w="1080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2568</w:t>
            </w:r>
          </w:p>
        </w:tc>
        <w:tc>
          <w:tcPr>
            <w:tcW w:type="dxa" w:w="936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2</w:t>
            </w:r>
          </w:p>
        </w:tc>
        <w:tc>
          <w:tcPr>
            <w:tcW w:type="dxa" w:w="936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ม.6/1</w:t>
            </w:r>
          </w:p>
        </w:tc>
        <w:tc>
          <w:tcPr>
            <w:tcW w:type="dxa" w:w="1224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ส33252</w:t>
            </w:r>
          </w:p>
        </w:tc>
        <w:tc>
          <w:tcPr>
            <w:tcW w:type="dxa" w:w="2448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การป้องกันการทุจริต 6</w:t>
            </w:r>
          </w:p>
        </w:tc>
        <w:tc>
          <w:tcPr>
            <w:tcW w:type="dxa" w:w="2376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นายนิรันดร พันธ์ทรัพย์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คาวี (1 คน)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ไม่ต้องติดตาม</w:t>
            </w:r>
          </w:p>
        </w:tc>
      </w:tr>
    </w:tbl>
    <w:p>
      <w:pPr>
        <w:spacing w:before="280" w:after="120" w:line="276" w:lineRule="auto"/>
        <w:jc w:val="left"/>
      </w:pPr>
      <w:r>
        <w:rPr>
          <w:rFonts w:ascii="TH Sarabun New" w:hAnsi="TH Sarabun New"/>
          <w:b/>
          <w:i w:val="0"/>
          <w:color w:val="1B365D"/>
          <w:sz w:val="34"/>
          <w:rFonts w:ascii="TH Sarabun New" w:hAnsi="TH Sarabun New" w:eastAsia="TH Sarabun New" w:cs="TH Sarabun New"/>
        </w:rPr>
        <w:t>4. การประเมิน 'คุณลักษณะอันพึงประสงค์' (LGrade ปี 2568) ระบุปีและภาคเรียน</w:t>
      </w:r>
    </w:p>
    <w:p>
      <w:pPr>
        <w:spacing w:before="0" w:after="80" w:line="276" w:lineRule="auto"/>
        <w:jc w:val="left"/>
      </w:pPr>
      <w:r>
        <w:t xml:space="preserve">ยอดรวมที่ไม่ได้รับการประเมิน LGrade ในปีการศึกษา 2568 มีทั้งหมด 1,453 รายการ จำแนกเป็น </w:t>
      </w:r>
      <w:r>
        <w:rPr>
          <w:rFonts w:ascii="TH Sarabun New" w:hAnsi="TH Sarabun New"/>
          <w:b/>
          <w:i w:val="0"/>
          <w:color w:val="C00000"/>
          <w:sz w:val="30"/>
          <w:rFonts w:ascii="TH Sarabun New" w:hAnsi="TH Sarabun New" w:eastAsia="TH Sarabun New" w:cs="TH Sarabun New"/>
        </w:rPr>
        <w:t>กลุ่มนักเรียนปกติ 1,379 รายการ</w:t>
      </w:r>
      <w:r>
        <w:t xml:space="preserve"> (ที่ครูผู้สอนยังไม่ได้ส่งผลทั้งห้องเรียน) และ </w:t>
      </w:r>
      <w:r>
        <w:rPr>
          <w:rFonts w:ascii="TH Sarabun New" w:hAnsi="TH Sarabun New"/>
          <w:b/>
          <w:i w:val="0"/>
          <w:color w:val="505050"/>
          <w:sz w:val="30"/>
          <w:rFonts w:ascii="TH Sarabun New" w:hAnsi="TH Sarabun New" w:eastAsia="TH Sarabun New" w:cs="TH Sarabun New"/>
        </w:rPr>
        <w:t>กลุ่มนักเรียนแขวนลอย 74 รายการ</w:t>
      </w:r>
      <w:r>
        <w:t xml:space="preserve"> ดังรายละเอียด:</w:t>
      </w:r>
    </w:p>
    <w:p>
      <w:pPr>
        <w:spacing w:before="180" w:after="80" w:line="276" w:lineRule="auto"/>
        <w:jc w:val="left"/>
      </w:pPr>
      <w:r>
        <w:rPr>
          <w:rFonts w:ascii="TH Sarabun New" w:hAnsi="TH Sarabun New"/>
          <w:b/>
          <w:i w:val="0"/>
          <w:color w:val="2F5597"/>
          <w:sz w:val="31"/>
          <w:rFonts w:ascii="TH Sarabun New" w:hAnsi="TH Sarabun New" w:eastAsia="TH Sarabun New" w:cs="TH Sarabun New"/>
        </w:rPr>
        <w:t>4.1 รายวิชาที่ยังค้างประเมินคุณลักษณะฯ นร.ปกติทั้งห้อง (ระบุปีการศึกษาและภาคเรียน)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3D3D3"/>
          <w:bottom w:val="single" w:sz="6" w:space="0" w:color="D3D3D3"/>
          <w:left w:val="none"/>
          <w:right w:val="none"/>
          <w:insideH w:val="single" w:sz="4" w:space="0" w:color="E0E0E0"/>
          <w:insideV w:val="none"/>
        </w:tblBorders>
      </w:tblPr>
      <w:tblGrid>
        <w:gridCol w:w="1314"/>
        <w:gridCol w:w="1314"/>
        <w:gridCol w:w="1314"/>
        <w:gridCol w:w="1314"/>
        <w:gridCol w:w="1314"/>
        <w:gridCol w:w="1314"/>
        <w:gridCol w:w="1314"/>
        <w:gridCol w:w="1314"/>
      </w:tblGrid>
      <w:tr>
        <w:trPr>
          <w:tblHeader/>
        </w:trPr>
        <w:tc>
          <w:tcPr>
            <w:tcW w:type="dxa" w:w="1080"/>
            <w:shd w:fill="203764"/>
            <w:tcMar>
              <w:top w:w="100" w:type="dxa"/>
              <w:bottom w:w="100" w:type="dxa"/>
              <w:left w:w="100" w:type="dxa"/>
              <w:right w:w="10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/>
                <w:i w:val="0"/>
                <w:color w:val="FFFFFF"/>
                <w:sz w:val="27"/>
                <w:rFonts w:ascii="TH Sarabun New" w:hAnsi="TH Sarabun New" w:eastAsia="TH Sarabun New" w:cs="TH Sarabun New"/>
              </w:rPr>
              <w:t>ปีการศึกษา</w:t>
            </w:r>
          </w:p>
        </w:tc>
        <w:tc>
          <w:tcPr>
            <w:tcW w:type="dxa" w:w="936"/>
            <w:shd w:fill="203764"/>
            <w:tcMar>
              <w:top w:w="100" w:type="dxa"/>
              <w:bottom w:w="100" w:type="dxa"/>
              <w:left w:w="100" w:type="dxa"/>
              <w:right w:w="10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/>
                <w:i w:val="0"/>
                <w:color w:val="FFFFFF"/>
                <w:sz w:val="27"/>
                <w:rFonts w:ascii="TH Sarabun New" w:hAnsi="TH Sarabun New" w:eastAsia="TH Sarabun New" w:cs="TH Sarabun New"/>
              </w:rPr>
              <w:t>ภาคเรียน</w:t>
            </w:r>
          </w:p>
        </w:tc>
        <w:tc>
          <w:tcPr>
            <w:tcW w:type="dxa" w:w="936"/>
            <w:shd w:fill="203764"/>
            <w:tcMar>
              <w:top w:w="100" w:type="dxa"/>
              <w:bottom w:w="100" w:type="dxa"/>
              <w:left w:w="100" w:type="dxa"/>
              <w:right w:w="10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/>
                <w:i w:val="0"/>
                <w:color w:val="FFFFFF"/>
                <w:sz w:val="27"/>
                <w:rFonts w:ascii="TH Sarabun New" w:hAnsi="TH Sarabun New" w:eastAsia="TH Sarabun New" w:cs="TH Sarabun New"/>
              </w:rPr>
              <w:t>ชั้น</w:t>
            </w:r>
          </w:p>
        </w:tc>
        <w:tc>
          <w:tcPr>
            <w:tcW w:type="dxa" w:w="1224"/>
            <w:shd w:fill="203764"/>
            <w:tcMar>
              <w:top w:w="100" w:type="dxa"/>
              <w:bottom w:w="100" w:type="dxa"/>
              <w:left w:w="100" w:type="dxa"/>
              <w:right w:w="10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/>
                <w:i w:val="0"/>
                <w:color w:val="FFFFFF"/>
                <w:sz w:val="27"/>
                <w:rFonts w:ascii="TH Sarabun New" w:hAnsi="TH Sarabun New" w:eastAsia="TH Sarabun New" w:cs="TH Sarabun New"/>
              </w:rPr>
              <w:t>รหัสวิชา</w:t>
            </w:r>
          </w:p>
        </w:tc>
        <w:tc>
          <w:tcPr>
            <w:tcW w:type="dxa" w:w="2592"/>
            <w:shd w:fill="203764"/>
            <w:tcMar>
              <w:top w:w="100" w:type="dxa"/>
              <w:bottom w:w="100" w:type="dxa"/>
              <w:left w:w="100" w:type="dxa"/>
              <w:right w:w="10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/>
                <w:i w:val="0"/>
                <w:color w:val="FFFFFF"/>
                <w:sz w:val="27"/>
                <w:rFonts w:ascii="TH Sarabun New" w:hAnsi="TH Sarabun New" w:eastAsia="TH Sarabun New" w:cs="TH Sarabun New"/>
              </w:rPr>
              <w:t>ชื่อวิชา</w:t>
            </w:r>
          </w:p>
        </w:tc>
        <w:tc>
          <w:tcPr>
            <w:tcW w:type="dxa" w:w="2376"/>
            <w:shd w:fill="203764"/>
            <w:tcMar>
              <w:top w:w="100" w:type="dxa"/>
              <w:bottom w:w="100" w:type="dxa"/>
              <w:left w:w="100" w:type="dxa"/>
              <w:right w:w="10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/>
                <w:i w:val="0"/>
                <w:color w:val="FFFFFF"/>
                <w:sz w:val="27"/>
                <w:rFonts w:ascii="TH Sarabun New" w:hAnsi="TH Sarabun New" w:eastAsia="TH Sarabun New" w:cs="TH Sarabun New"/>
              </w:rPr>
              <w:t>ครูผู้สอน</w:t>
            </w:r>
          </w:p>
        </w:tc>
        <w:tc>
          <w:tcPr>
            <w:tcW w:type="dxa" w:w="1152"/>
            <w:shd w:fill="203764"/>
            <w:tcMar>
              <w:top w:w="100" w:type="dxa"/>
              <w:bottom w:w="100" w:type="dxa"/>
              <w:left w:w="100" w:type="dxa"/>
              <w:right w:w="10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/>
                <w:i w:val="0"/>
                <w:color w:val="FFFFFF"/>
                <w:sz w:val="27"/>
                <w:rFonts w:ascii="TH Sarabun New" w:hAnsi="TH Sarabun New" w:eastAsia="TH Sarabun New" w:cs="TH Sarabun New"/>
              </w:rPr>
              <w:t>นร.ปกติค้าง</w:t>
            </w:r>
          </w:p>
        </w:tc>
        <w:tc>
          <w:tcPr>
            <w:tcW w:type="dxa" w:w="1008"/>
            <w:shd w:fill="203764"/>
            <w:tcMar>
              <w:top w:w="100" w:type="dxa"/>
              <w:bottom w:w="100" w:type="dxa"/>
              <w:left w:w="100" w:type="dxa"/>
              <w:right w:w="10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/>
                <w:i w:val="0"/>
                <w:color w:val="FFFFFF"/>
                <w:sz w:val="27"/>
                <w:rFonts w:ascii="TH Sarabun New" w:hAnsi="TH Sarabun New" w:eastAsia="TH Sarabun New" w:cs="TH Sarabun New"/>
              </w:rPr>
              <w:t>แขวนลอย</w:t>
            </w:r>
          </w:p>
        </w:tc>
      </w:tr>
      <w:tr>
        <w:trPr>
          <w:cantSplit/>
        </w:trPr>
        <w:tc>
          <w:tcPr>
            <w:tcW w:type="dxa" w:w="1080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2568</w:t>
            </w:r>
          </w:p>
        </w:tc>
        <w:tc>
          <w:tcPr>
            <w:tcW w:type="dxa" w:w="936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1</w:t>
            </w:r>
          </w:p>
        </w:tc>
        <w:tc>
          <w:tcPr>
            <w:tcW w:type="dxa" w:w="936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ม.1/1</w:t>
            </w:r>
          </w:p>
        </w:tc>
        <w:tc>
          <w:tcPr>
            <w:tcW w:type="dxa" w:w="1224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ค21101</w:t>
            </w:r>
          </w:p>
        </w:tc>
        <w:tc>
          <w:tcPr>
            <w:tcW w:type="dxa" w:w="2592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คณิตศาสตร์ 1</w:t>
            </w:r>
          </w:p>
        </w:tc>
        <w:tc>
          <w:tcPr>
            <w:tcW w:type="dxa" w:w="2376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นางสาววิลาวัลย์ โสภาอุทก</w:t>
            </w:r>
          </w:p>
        </w:tc>
        <w:tc>
          <w:tcPr>
            <w:tcW w:type="dxa" w:w="1152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23 คน</w:t>
            </w:r>
          </w:p>
        </w:tc>
        <w:tc>
          <w:tcPr>
            <w:tcW w:type="dxa" w:w="1008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-</w:t>
            </w:r>
          </w:p>
        </w:tc>
      </w:tr>
      <w:tr>
        <w:trPr>
          <w:cantSplit/>
        </w:trPr>
        <w:tc>
          <w:tcPr>
            <w:tcW w:type="dxa" w:w="1080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2568</w:t>
            </w:r>
          </w:p>
        </w:tc>
        <w:tc>
          <w:tcPr>
            <w:tcW w:type="dxa" w:w="936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1</w:t>
            </w:r>
          </w:p>
        </w:tc>
        <w:tc>
          <w:tcPr>
            <w:tcW w:type="dxa" w:w="936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ม.1/1</w:t>
            </w:r>
          </w:p>
        </w:tc>
        <w:tc>
          <w:tcPr>
            <w:tcW w:type="dxa" w:w="1224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ว21103</w:t>
            </w:r>
          </w:p>
        </w:tc>
        <w:tc>
          <w:tcPr>
            <w:tcW w:type="dxa" w:w="2592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วิทยาการคำนวณ 1</w:t>
            </w:r>
          </w:p>
        </w:tc>
        <w:tc>
          <w:tcPr>
            <w:tcW w:type="dxa" w:w="2376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นางสาวพัชญ์ชิสา อภิกุลวราศิษฐ์</w:t>
            </w:r>
          </w:p>
        </w:tc>
        <w:tc>
          <w:tcPr>
            <w:tcW w:type="dxa" w:w="1152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23 คน</w:t>
            </w:r>
          </w:p>
        </w:tc>
        <w:tc>
          <w:tcPr>
            <w:tcW w:type="dxa" w:w="1008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-</w:t>
            </w:r>
          </w:p>
        </w:tc>
      </w:tr>
      <w:tr>
        <w:trPr>
          <w:cantSplit/>
        </w:trPr>
        <w:tc>
          <w:tcPr>
            <w:tcW w:type="dxa" w:w="1080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2568</w:t>
            </w:r>
          </w:p>
        </w:tc>
        <w:tc>
          <w:tcPr>
            <w:tcW w:type="dxa" w:w="936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1</w:t>
            </w:r>
          </w:p>
        </w:tc>
        <w:tc>
          <w:tcPr>
            <w:tcW w:type="dxa" w:w="936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ม.1/1</w:t>
            </w:r>
          </w:p>
        </w:tc>
        <w:tc>
          <w:tcPr>
            <w:tcW w:type="dxa" w:w="1224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อ21201</w:t>
            </w:r>
          </w:p>
        </w:tc>
        <w:tc>
          <w:tcPr>
            <w:tcW w:type="dxa" w:w="2592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ภาษาอังกฤษเพื่อการสื่อสาร 1</w:t>
            </w:r>
          </w:p>
        </w:tc>
        <w:tc>
          <w:tcPr>
            <w:tcW w:type="dxa" w:w="2376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นางสาวพัชญ์ชิสา อภิกุลวราศิษฐ์</w:t>
            </w:r>
          </w:p>
        </w:tc>
        <w:tc>
          <w:tcPr>
            <w:tcW w:type="dxa" w:w="1152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23 คน</w:t>
            </w:r>
          </w:p>
        </w:tc>
        <w:tc>
          <w:tcPr>
            <w:tcW w:type="dxa" w:w="1008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-</w:t>
            </w:r>
          </w:p>
        </w:tc>
      </w:tr>
      <w:tr>
        <w:trPr>
          <w:cantSplit/>
        </w:trPr>
        <w:tc>
          <w:tcPr>
            <w:tcW w:type="dxa" w:w="1080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2568</w:t>
            </w:r>
          </w:p>
        </w:tc>
        <w:tc>
          <w:tcPr>
            <w:tcW w:type="dxa" w:w="936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1</w:t>
            </w:r>
          </w:p>
        </w:tc>
        <w:tc>
          <w:tcPr>
            <w:tcW w:type="dxa" w:w="936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ม.1/2</w:t>
            </w:r>
          </w:p>
        </w:tc>
        <w:tc>
          <w:tcPr>
            <w:tcW w:type="dxa" w:w="1224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ค21101</w:t>
            </w:r>
          </w:p>
        </w:tc>
        <w:tc>
          <w:tcPr>
            <w:tcW w:type="dxa" w:w="2592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คณิตศาสตร์ 1</w:t>
            </w:r>
          </w:p>
        </w:tc>
        <w:tc>
          <w:tcPr>
            <w:tcW w:type="dxa" w:w="2376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นางสาววิลาวัลย์ โสภาอุทก</w:t>
            </w:r>
          </w:p>
        </w:tc>
        <w:tc>
          <w:tcPr>
            <w:tcW w:type="dxa" w:w="1152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22 คน</w:t>
            </w:r>
          </w:p>
        </w:tc>
        <w:tc>
          <w:tcPr>
            <w:tcW w:type="dxa" w:w="1008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1 คน</w:t>
            </w:r>
          </w:p>
        </w:tc>
      </w:tr>
      <w:tr>
        <w:trPr>
          <w:cantSplit/>
        </w:trPr>
        <w:tc>
          <w:tcPr>
            <w:tcW w:type="dxa" w:w="1080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2568</w:t>
            </w:r>
          </w:p>
        </w:tc>
        <w:tc>
          <w:tcPr>
            <w:tcW w:type="dxa" w:w="936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1</w:t>
            </w:r>
          </w:p>
        </w:tc>
        <w:tc>
          <w:tcPr>
            <w:tcW w:type="dxa" w:w="936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ม.1/2</w:t>
            </w:r>
          </w:p>
        </w:tc>
        <w:tc>
          <w:tcPr>
            <w:tcW w:type="dxa" w:w="1224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ว21103</w:t>
            </w:r>
          </w:p>
        </w:tc>
        <w:tc>
          <w:tcPr>
            <w:tcW w:type="dxa" w:w="2592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วิทยาการคำนวณ 1</w:t>
            </w:r>
          </w:p>
        </w:tc>
        <w:tc>
          <w:tcPr>
            <w:tcW w:type="dxa" w:w="2376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นางสาวพัชญ์ชิสา อภิกุลวราศิษฐ์</w:t>
            </w:r>
          </w:p>
        </w:tc>
        <w:tc>
          <w:tcPr>
            <w:tcW w:type="dxa" w:w="1152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22 คน</w:t>
            </w:r>
          </w:p>
        </w:tc>
        <w:tc>
          <w:tcPr>
            <w:tcW w:type="dxa" w:w="1008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1 คน</w:t>
            </w:r>
          </w:p>
        </w:tc>
      </w:tr>
      <w:tr>
        <w:trPr>
          <w:cantSplit/>
        </w:trPr>
        <w:tc>
          <w:tcPr>
            <w:tcW w:type="dxa" w:w="1080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2568</w:t>
            </w:r>
          </w:p>
        </w:tc>
        <w:tc>
          <w:tcPr>
            <w:tcW w:type="dxa" w:w="936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1</w:t>
            </w:r>
          </w:p>
        </w:tc>
        <w:tc>
          <w:tcPr>
            <w:tcW w:type="dxa" w:w="936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ม.1/2</w:t>
            </w:r>
          </w:p>
        </w:tc>
        <w:tc>
          <w:tcPr>
            <w:tcW w:type="dxa" w:w="1224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ส21251</w:t>
            </w:r>
          </w:p>
        </w:tc>
        <w:tc>
          <w:tcPr>
            <w:tcW w:type="dxa" w:w="2592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การป้องกันการทุจริต 1</w:t>
            </w:r>
          </w:p>
        </w:tc>
        <w:tc>
          <w:tcPr>
            <w:tcW w:type="dxa" w:w="2376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นายนิรันดร พันธ์ทรัพย์</w:t>
            </w:r>
          </w:p>
        </w:tc>
        <w:tc>
          <w:tcPr>
            <w:tcW w:type="dxa" w:w="1152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22 คน</w:t>
            </w:r>
          </w:p>
        </w:tc>
        <w:tc>
          <w:tcPr>
            <w:tcW w:type="dxa" w:w="1008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1 คน</w:t>
            </w:r>
          </w:p>
        </w:tc>
      </w:tr>
      <w:tr>
        <w:trPr>
          <w:cantSplit/>
        </w:trPr>
        <w:tc>
          <w:tcPr>
            <w:tcW w:type="dxa" w:w="1080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2568</w:t>
            </w:r>
          </w:p>
        </w:tc>
        <w:tc>
          <w:tcPr>
            <w:tcW w:type="dxa" w:w="936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1</w:t>
            </w:r>
          </w:p>
        </w:tc>
        <w:tc>
          <w:tcPr>
            <w:tcW w:type="dxa" w:w="936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ม.1/2</w:t>
            </w:r>
          </w:p>
        </w:tc>
        <w:tc>
          <w:tcPr>
            <w:tcW w:type="dxa" w:w="1224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อ21201</w:t>
            </w:r>
          </w:p>
        </w:tc>
        <w:tc>
          <w:tcPr>
            <w:tcW w:type="dxa" w:w="2592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ภาษาอังกฤษเพื่อการสื่อสาร 1</w:t>
            </w:r>
          </w:p>
        </w:tc>
        <w:tc>
          <w:tcPr>
            <w:tcW w:type="dxa" w:w="2376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นางสาวพัชญ์ชิสา อภิกุลวราศิษฐ์</w:t>
            </w:r>
          </w:p>
        </w:tc>
        <w:tc>
          <w:tcPr>
            <w:tcW w:type="dxa" w:w="1152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22 คน</w:t>
            </w:r>
          </w:p>
        </w:tc>
        <w:tc>
          <w:tcPr>
            <w:tcW w:type="dxa" w:w="1008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1 คน</w:t>
            </w:r>
          </w:p>
        </w:tc>
      </w:tr>
      <w:tr>
        <w:trPr>
          <w:cantSplit/>
        </w:trPr>
        <w:tc>
          <w:tcPr>
            <w:tcW w:type="dxa" w:w="1080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2568</w:t>
            </w:r>
          </w:p>
        </w:tc>
        <w:tc>
          <w:tcPr>
            <w:tcW w:type="dxa" w:w="936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1</w:t>
            </w:r>
          </w:p>
        </w:tc>
        <w:tc>
          <w:tcPr>
            <w:tcW w:type="dxa" w:w="936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ม.2/1</w:t>
            </w:r>
          </w:p>
        </w:tc>
        <w:tc>
          <w:tcPr>
            <w:tcW w:type="dxa" w:w="1224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พ22102</w:t>
            </w:r>
          </w:p>
        </w:tc>
        <w:tc>
          <w:tcPr>
            <w:tcW w:type="dxa" w:w="2592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ตะกร้อ</w:t>
            </w:r>
          </w:p>
        </w:tc>
        <w:tc>
          <w:tcPr>
            <w:tcW w:type="dxa" w:w="2376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นายวีระพงษ์ บุตรสีทัด</w:t>
            </w:r>
          </w:p>
        </w:tc>
        <w:tc>
          <w:tcPr>
            <w:tcW w:type="dxa" w:w="1152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19 คน</w:t>
            </w:r>
          </w:p>
        </w:tc>
        <w:tc>
          <w:tcPr>
            <w:tcW w:type="dxa" w:w="1008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-</w:t>
            </w:r>
          </w:p>
        </w:tc>
      </w:tr>
      <w:tr>
        <w:trPr>
          <w:cantSplit/>
        </w:trPr>
        <w:tc>
          <w:tcPr>
            <w:tcW w:type="dxa" w:w="1080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2568</w:t>
            </w:r>
          </w:p>
        </w:tc>
        <w:tc>
          <w:tcPr>
            <w:tcW w:type="dxa" w:w="936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1</w:t>
            </w:r>
          </w:p>
        </w:tc>
        <w:tc>
          <w:tcPr>
            <w:tcW w:type="dxa" w:w="936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ม.2/1</w:t>
            </w:r>
          </w:p>
        </w:tc>
        <w:tc>
          <w:tcPr>
            <w:tcW w:type="dxa" w:w="1224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ว22103</w:t>
            </w:r>
          </w:p>
        </w:tc>
        <w:tc>
          <w:tcPr>
            <w:tcW w:type="dxa" w:w="2592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วิทยาการคำนวณ 2</w:t>
            </w:r>
          </w:p>
        </w:tc>
        <w:tc>
          <w:tcPr>
            <w:tcW w:type="dxa" w:w="2376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นางสาวพัชญ์ชิสา อภิกุลวราศิษฐ์</w:t>
            </w:r>
          </w:p>
        </w:tc>
        <w:tc>
          <w:tcPr>
            <w:tcW w:type="dxa" w:w="1152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19 คน</w:t>
            </w:r>
          </w:p>
        </w:tc>
        <w:tc>
          <w:tcPr>
            <w:tcW w:type="dxa" w:w="1008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-</w:t>
            </w:r>
          </w:p>
        </w:tc>
      </w:tr>
      <w:tr>
        <w:trPr>
          <w:cantSplit/>
        </w:trPr>
        <w:tc>
          <w:tcPr>
            <w:tcW w:type="dxa" w:w="1080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2568</w:t>
            </w:r>
          </w:p>
        </w:tc>
        <w:tc>
          <w:tcPr>
            <w:tcW w:type="dxa" w:w="936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1</w:t>
            </w:r>
          </w:p>
        </w:tc>
        <w:tc>
          <w:tcPr>
            <w:tcW w:type="dxa" w:w="936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ม.2/1</w:t>
            </w:r>
          </w:p>
        </w:tc>
        <w:tc>
          <w:tcPr>
            <w:tcW w:type="dxa" w:w="1224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ว22201</w:t>
            </w:r>
          </w:p>
        </w:tc>
        <w:tc>
          <w:tcPr>
            <w:tcW w:type="dxa" w:w="2592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โครงงานสำรวจ</w:t>
            </w:r>
          </w:p>
        </w:tc>
        <w:tc>
          <w:tcPr>
            <w:tcW w:type="dxa" w:w="2376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นายจตุรวิทย์ วงละคร</w:t>
            </w:r>
          </w:p>
        </w:tc>
        <w:tc>
          <w:tcPr>
            <w:tcW w:type="dxa" w:w="1152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19 คน</w:t>
            </w:r>
          </w:p>
        </w:tc>
        <w:tc>
          <w:tcPr>
            <w:tcW w:type="dxa" w:w="1008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-</w:t>
            </w:r>
          </w:p>
        </w:tc>
      </w:tr>
      <w:tr>
        <w:trPr>
          <w:cantSplit/>
        </w:trPr>
        <w:tc>
          <w:tcPr>
            <w:tcW w:type="dxa" w:w="1080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2568</w:t>
            </w:r>
          </w:p>
        </w:tc>
        <w:tc>
          <w:tcPr>
            <w:tcW w:type="dxa" w:w="936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1</w:t>
            </w:r>
          </w:p>
        </w:tc>
        <w:tc>
          <w:tcPr>
            <w:tcW w:type="dxa" w:w="936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ม.2/2</w:t>
            </w:r>
          </w:p>
        </w:tc>
        <w:tc>
          <w:tcPr>
            <w:tcW w:type="dxa" w:w="1224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ง22101</w:t>
            </w:r>
          </w:p>
        </w:tc>
        <w:tc>
          <w:tcPr>
            <w:tcW w:type="dxa" w:w="2592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การงานอาชีพและเทคโนโลยี 3</w:t>
            </w:r>
          </w:p>
        </w:tc>
        <w:tc>
          <w:tcPr>
            <w:tcW w:type="dxa" w:w="2376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นางสาวพาณิชย์ เบ้าแก้ว</w:t>
            </w:r>
          </w:p>
        </w:tc>
        <w:tc>
          <w:tcPr>
            <w:tcW w:type="dxa" w:w="1152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18 คน</w:t>
            </w:r>
          </w:p>
        </w:tc>
        <w:tc>
          <w:tcPr>
            <w:tcW w:type="dxa" w:w="1008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1 คน</w:t>
            </w:r>
          </w:p>
        </w:tc>
      </w:tr>
      <w:tr>
        <w:trPr>
          <w:cantSplit/>
        </w:trPr>
        <w:tc>
          <w:tcPr>
            <w:tcW w:type="dxa" w:w="1080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2568</w:t>
            </w:r>
          </w:p>
        </w:tc>
        <w:tc>
          <w:tcPr>
            <w:tcW w:type="dxa" w:w="936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1</w:t>
            </w:r>
          </w:p>
        </w:tc>
        <w:tc>
          <w:tcPr>
            <w:tcW w:type="dxa" w:w="936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ม.2/2</w:t>
            </w:r>
          </w:p>
        </w:tc>
        <w:tc>
          <w:tcPr>
            <w:tcW w:type="dxa" w:w="1224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พ22102</w:t>
            </w:r>
          </w:p>
        </w:tc>
        <w:tc>
          <w:tcPr>
            <w:tcW w:type="dxa" w:w="2592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ตะกร้อ</w:t>
            </w:r>
          </w:p>
        </w:tc>
        <w:tc>
          <w:tcPr>
            <w:tcW w:type="dxa" w:w="2376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นายวีระพงษ์ บุตรสีทัด</w:t>
            </w:r>
          </w:p>
        </w:tc>
        <w:tc>
          <w:tcPr>
            <w:tcW w:type="dxa" w:w="1152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18 คน</w:t>
            </w:r>
          </w:p>
        </w:tc>
        <w:tc>
          <w:tcPr>
            <w:tcW w:type="dxa" w:w="1008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1 คน</w:t>
            </w:r>
          </w:p>
        </w:tc>
      </w:tr>
      <w:tr>
        <w:trPr>
          <w:cantSplit/>
        </w:trPr>
        <w:tc>
          <w:tcPr>
            <w:tcW w:type="dxa" w:w="1080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2568</w:t>
            </w:r>
          </w:p>
        </w:tc>
        <w:tc>
          <w:tcPr>
            <w:tcW w:type="dxa" w:w="936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1</w:t>
            </w:r>
          </w:p>
        </w:tc>
        <w:tc>
          <w:tcPr>
            <w:tcW w:type="dxa" w:w="936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ม.2/2</w:t>
            </w:r>
          </w:p>
        </w:tc>
        <w:tc>
          <w:tcPr>
            <w:tcW w:type="dxa" w:w="1224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ว22103</w:t>
            </w:r>
          </w:p>
        </w:tc>
        <w:tc>
          <w:tcPr>
            <w:tcW w:type="dxa" w:w="2592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วิทยาการคำนวณ 2</w:t>
            </w:r>
          </w:p>
        </w:tc>
        <w:tc>
          <w:tcPr>
            <w:tcW w:type="dxa" w:w="2376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นางสาวพัชญ์ชิสา อภิกุลวราศิษฐ์</w:t>
            </w:r>
          </w:p>
        </w:tc>
        <w:tc>
          <w:tcPr>
            <w:tcW w:type="dxa" w:w="1152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18 คน</w:t>
            </w:r>
          </w:p>
        </w:tc>
        <w:tc>
          <w:tcPr>
            <w:tcW w:type="dxa" w:w="1008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1 คน</w:t>
            </w:r>
          </w:p>
        </w:tc>
      </w:tr>
      <w:tr>
        <w:trPr>
          <w:cantSplit/>
        </w:trPr>
        <w:tc>
          <w:tcPr>
            <w:tcW w:type="dxa" w:w="1080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2568</w:t>
            </w:r>
          </w:p>
        </w:tc>
        <w:tc>
          <w:tcPr>
            <w:tcW w:type="dxa" w:w="936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1</w:t>
            </w:r>
          </w:p>
        </w:tc>
        <w:tc>
          <w:tcPr>
            <w:tcW w:type="dxa" w:w="936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ม.2/2</w:t>
            </w:r>
          </w:p>
        </w:tc>
        <w:tc>
          <w:tcPr>
            <w:tcW w:type="dxa" w:w="1224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ว22201</w:t>
            </w:r>
          </w:p>
        </w:tc>
        <w:tc>
          <w:tcPr>
            <w:tcW w:type="dxa" w:w="2592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โครงงานสำรวจ</w:t>
            </w:r>
          </w:p>
        </w:tc>
        <w:tc>
          <w:tcPr>
            <w:tcW w:type="dxa" w:w="2376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นายจตุรวิทย์ วงละคร</w:t>
            </w:r>
          </w:p>
        </w:tc>
        <w:tc>
          <w:tcPr>
            <w:tcW w:type="dxa" w:w="1152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18 คน</w:t>
            </w:r>
          </w:p>
        </w:tc>
        <w:tc>
          <w:tcPr>
            <w:tcW w:type="dxa" w:w="1008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1 คน</w:t>
            </w:r>
          </w:p>
        </w:tc>
      </w:tr>
      <w:tr>
        <w:trPr>
          <w:cantSplit/>
        </w:trPr>
        <w:tc>
          <w:tcPr>
            <w:tcW w:type="dxa" w:w="1080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2568</w:t>
            </w:r>
          </w:p>
        </w:tc>
        <w:tc>
          <w:tcPr>
            <w:tcW w:type="dxa" w:w="936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1</w:t>
            </w:r>
          </w:p>
        </w:tc>
        <w:tc>
          <w:tcPr>
            <w:tcW w:type="dxa" w:w="936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ม.3/1</w:t>
            </w:r>
          </w:p>
        </w:tc>
        <w:tc>
          <w:tcPr>
            <w:tcW w:type="dxa" w:w="1224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ค23101</w:t>
            </w:r>
          </w:p>
        </w:tc>
        <w:tc>
          <w:tcPr>
            <w:tcW w:type="dxa" w:w="2592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คณิตศาสตร์ 5</w:t>
            </w:r>
          </w:p>
        </w:tc>
        <w:tc>
          <w:tcPr>
            <w:tcW w:type="dxa" w:w="2376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นางสาววิลาวัลย์ โสภาอุทก</w:t>
            </w:r>
          </w:p>
        </w:tc>
        <w:tc>
          <w:tcPr>
            <w:tcW w:type="dxa" w:w="1152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25 คน</w:t>
            </w:r>
          </w:p>
        </w:tc>
        <w:tc>
          <w:tcPr>
            <w:tcW w:type="dxa" w:w="1008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righ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4 คน</w:t>
            </w:r>
          </w:p>
        </w:tc>
      </w:tr>
      <w:tr>
        <w:trPr>
          <w:cantSplit/>
        </w:trPr>
        <w:tc>
          <w:tcPr>
            <w:tcW w:type="dxa" w:w="1080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2568</w:t>
            </w:r>
          </w:p>
        </w:tc>
        <w:tc>
          <w:tcPr>
            <w:tcW w:type="dxa" w:w="936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1</w:t>
            </w:r>
          </w:p>
        </w:tc>
        <w:tc>
          <w:tcPr>
            <w:tcW w:type="dxa" w:w="936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ม.3/1</w:t>
            </w:r>
          </w:p>
        </w:tc>
        <w:tc>
          <w:tcPr>
            <w:tcW w:type="dxa" w:w="1224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พ23102</w:t>
            </w:r>
          </w:p>
        </w:tc>
        <w:tc>
          <w:tcPr>
            <w:tcW w:type="dxa" w:w="2592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มวย</w:t>
            </w:r>
          </w:p>
        </w:tc>
        <w:tc>
          <w:tcPr>
            <w:tcW w:type="dxa" w:w="2376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นายวีระพงษ์ บุตรสีทัด</w:t>
            </w:r>
          </w:p>
        </w:tc>
        <w:tc>
          <w:tcPr>
            <w:tcW w:type="dxa" w:w="1152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23 คน</w:t>
            </w:r>
          </w:p>
        </w:tc>
        <w:tc>
          <w:tcPr>
            <w:tcW w:type="dxa" w:w="1008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righ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4 คน</w:t>
            </w:r>
          </w:p>
        </w:tc>
      </w:tr>
      <w:tr>
        <w:trPr>
          <w:cantSplit/>
        </w:trPr>
        <w:tc>
          <w:tcPr>
            <w:tcW w:type="dxa" w:w="1080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2568</w:t>
            </w:r>
          </w:p>
        </w:tc>
        <w:tc>
          <w:tcPr>
            <w:tcW w:type="dxa" w:w="936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1</w:t>
            </w:r>
          </w:p>
        </w:tc>
        <w:tc>
          <w:tcPr>
            <w:tcW w:type="dxa" w:w="936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ม.3/1</w:t>
            </w:r>
          </w:p>
        </w:tc>
        <w:tc>
          <w:tcPr>
            <w:tcW w:type="dxa" w:w="1224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ว23103</w:t>
            </w:r>
          </w:p>
        </w:tc>
        <w:tc>
          <w:tcPr>
            <w:tcW w:type="dxa" w:w="2592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วิทยาการคำนวณ 3</w:t>
            </w:r>
          </w:p>
        </w:tc>
        <w:tc>
          <w:tcPr>
            <w:tcW w:type="dxa" w:w="2376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นางสาวพัชญ์ชิสา อภิกุลวราศิษฐ์</w:t>
            </w:r>
          </w:p>
        </w:tc>
        <w:tc>
          <w:tcPr>
            <w:tcW w:type="dxa" w:w="1152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25 คน</w:t>
            </w:r>
          </w:p>
        </w:tc>
        <w:tc>
          <w:tcPr>
            <w:tcW w:type="dxa" w:w="1008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righ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4 คน</w:t>
            </w:r>
          </w:p>
        </w:tc>
      </w:tr>
      <w:tr>
        <w:trPr>
          <w:cantSplit/>
        </w:trPr>
        <w:tc>
          <w:tcPr>
            <w:tcW w:type="dxa" w:w="1080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2568</w:t>
            </w:r>
          </w:p>
        </w:tc>
        <w:tc>
          <w:tcPr>
            <w:tcW w:type="dxa" w:w="936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1</w:t>
            </w:r>
          </w:p>
        </w:tc>
        <w:tc>
          <w:tcPr>
            <w:tcW w:type="dxa" w:w="936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ม.3/1</w:t>
            </w:r>
          </w:p>
        </w:tc>
        <w:tc>
          <w:tcPr>
            <w:tcW w:type="dxa" w:w="1224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ศ23101</w:t>
            </w:r>
          </w:p>
        </w:tc>
        <w:tc>
          <w:tcPr>
            <w:tcW w:type="dxa" w:w="2592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ศิลปะ 5</w:t>
            </w:r>
          </w:p>
        </w:tc>
        <w:tc>
          <w:tcPr>
            <w:tcW w:type="dxa" w:w="2376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นายนิรันดร พันธ์ทรัพย์</w:t>
            </w:r>
          </w:p>
        </w:tc>
        <w:tc>
          <w:tcPr>
            <w:tcW w:type="dxa" w:w="1152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25 คน</w:t>
            </w:r>
          </w:p>
        </w:tc>
        <w:tc>
          <w:tcPr>
            <w:tcW w:type="dxa" w:w="1008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righ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4 คน</w:t>
            </w:r>
          </w:p>
        </w:tc>
      </w:tr>
      <w:tr>
        <w:trPr>
          <w:cantSplit/>
        </w:trPr>
        <w:tc>
          <w:tcPr>
            <w:tcW w:type="dxa" w:w="1080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2568</w:t>
            </w:r>
          </w:p>
        </w:tc>
        <w:tc>
          <w:tcPr>
            <w:tcW w:type="dxa" w:w="936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1</w:t>
            </w:r>
          </w:p>
        </w:tc>
        <w:tc>
          <w:tcPr>
            <w:tcW w:type="dxa" w:w="936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ม.3/2</w:t>
            </w:r>
          </w:p>
        </w:tc>
        <w:tc>
          <w:tcPr>
            <w:tcW w:type="dxa" w:w="1224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พ23102</w:t>
            </w:r>
          </w:p>
        </w:tc>
        <w:tc>
          <w:tcPr>
            <w:tcW w:type="dxa" w:w="2592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มวย</w:t>
            </w:r>
          </w:p>
        </w:tc>
        <w:tc>
          <w:tcPr>
            <w:tcW w:type="dxa" w:w="2376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นายวีระพงษ์ บุตรสีทัด</w:t>
            </w:r>
          </w:p>
        </w:tc>
        <w:tc>
          <w:tcPr>
            <w:tcW w:type="dxa" w:w="1152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27 คน</w:t>
            </w:r>
          </w:p>
        </w:tc>
        <w:tc>
          <w:tcPr>
            <w:tcW w:type="dxa" w:w="1008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1 คน</w:t>
            </w:r>
          </w:p>
        </w:tc>
      </w:tr>
      <w:tr>
        <w:trPr>
          <w:cantSplit/>
        </w:trPr>
        <w:tc>
          <w:tcPr>
            <w:tcW w:type="dxa" w:w="1080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2568</w:t>
            </w:r>
          </w:p>
        </w:tc>
        <w:tc>
          <w:tcPr>
            <w:tcW w:type="dxa" w:w="936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1</w:t>
            </w:r>
          </w:p>
        </w:tc>
        <w:tc>
          <w:tcPr>
            <w:tcW w:type="dxa" w:w="936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ม.3/2</w:t>
            </w:r>
          </w:p>
        </w:tc>
        <w:tc>
          <w:tcPr>
            <w:tcW w:type="dxa" w:w="1224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ว23103</w:t>
            </w:r>
          </w:p>
        </w:tc>
        <w:tc>
          <w:tcPr>
            <w:tcW w:type="dxa" w:w="2592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วิทยาการคำนวณ 3</w:t>
            </w:r>
          </w:p>
        </w:tc>
        <w:tc>
          <w:tcPr>
            <w:tcW w:type="dxa" w:w="2376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นางสาวพัชญ์ชิสา อภิกุลวราศิษฐ์</w:t>
            </w:r>
          </w:p>
        </w:tc>
        <w:tc>
          <w:tcPr>
            <w:tcW w:type="dxa" w:w="1152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27 คน</w:t>
            </w:r>
          </w:p>
        </w:tc>
        <w:tc>
          <w:tcPr>
            <w:tcW w:type="dxa" w:w="1008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1 คน</w:t>
            </w:r>
          </w:p>
        </w:tc>
      </w:tr>
      <w:tr>
        <w:trPr>
          <w:cantSplit/>
        </w:trPr>
        <w:tc>
          <w:tcPr>
            <w:tcW w:type="dxa" w:w="1080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2568</w:t>
            </w:r>
          </w:p>
        </w:tc>
        <w:tc>
          <w:tcPr>
            <w:tcW w:type="dxa" w:w="936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1</w:t>
            </w:r>
          </w:p>
        </w:tc>
        <w:tc>
          <w:tcPr>
            <w:tcW w:type="dxa" w:w="936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ม.3/2</w:t>
            </w:r>
          </w:p>
        </w:tc>
        <w:tc>
          <w:tcPr>
            <w:tcW w:type="dxa" w:w="1224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ศ23101</w:t>
            </w:r>
          </w:p>
        </w:tc>
        <w:tc>
          <w:tcPr>
            <w:tcW w:type="dxa" w:w="2592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ศิลปะ 5</w:t>
            </w:r>
          </w:p>
        </w:tc>
        <w:tc>
          <w:tcPr>
            <w:tcW w:type="dxa" w:w="2376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นายนิรันดร พันธ์ทรัพย์</w:t>
            </w:r>
          </w:p>
        </w:tc>
        <w:tc>
          <w:tcPr>
            <w:tcW w:type="dxa" w:w="1152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27 คน</w:t>
            </w:r>
          </w:p>
        </w:tc>
        <w:tc>
          <w:tcPr>
            <w:tcW w:type="dxa" w:w="1008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1 คน</w:t>
            </w:r>
          </w:p>
        </w:tc>
      </w:tr>
      <w:tr>
        <w:trPr>
          <w:cantSplit/>
        </w:trPr>
        <w:tc>
          <w:tcPr>
            <w:tcW w:type="dxa" w:w="1080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2568</w:t>
            </w:r>
          </w:p>
        </w:tc>
        <w:tc>
          <w:tcPr>
            <w:tcW w:type="dxa" w:w="936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1</w:t>
            </w:r>
          </w:p>
        </w:tc>
        <w:tc>
          <w:tcPr>
            <w:tcW w:type="dxa" w:w="936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ม.3/2</w:t>
            </w:r>
          </w:p>
        </w:tc>
        <w:tc>
          <w:tcPr>
            <w:tcW w:type="dxa" w:w="1224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ศ23203</w:t>
            </w:r>
          </w:p>
        </w:tc>
        <w:tc>
          <w:tcPr>
            <w:tcW w:type="dxa" w:w="2592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มัณฑนศิลป์</w:t>
            </w:r>
          </w:p>
        </w:tc>
        <w:tc>
          <w:tcPr>
            <w:tcW w:type="dxa" w:w="2376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นายนิรันดร พันธ์ทรัพย์</w:t>
            </w:r>
          </w:p>
        </w:tc>
        <w:tc>
          <w:tcPr>
            <w:tcW w:type="dxa" w:w="1152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righ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9 คน</w:t>
            </w:r>
          </w:p>
        </w:tc>
        <w:tc>
          <w:tcPr>
            <w:tcW w:type="dxa" w:w="1008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1 คน</w:t>
            </w:r>
          </w:p>
        </w:tc>
      </w:tr>
      <w:tr>
        <w:trPr>
          <w:cantSplit/>
        </w:trPr>
        <w:tc>
          <w:tcPr>
            <w:tcW w:type="dxa" w:w="1080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2568</w:t>
            </w:r>
          </w:p>
        </w:tc>
        <w:tc>
          <w:tcPr>
            <w:tcW w:type="dxa" w:w="936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1</w:t>
            </w:r>
          </w:p>
        </w:tc>
        <w:tc>
          <w:tcPr>
            <w:tcW w:type="dxa" w:w="936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ม.4/1</w:t>
            </w:r>
          </w:p>
        </w:tc>
        <w:tc>
          <w:tcPr>
            <w:tcW w:type="dxa" w:w="1224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ค31101</w:t>
            </w:r>
          </w:p>
        </w:tc>
        <w:tc>
          <w:tcPr>
            <w:tcW w:type="dxa" w:w="2592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คณิตศาสตร์ 1</w:t>
            </w:r>
          </w:p>
        </w:tc>
        <w:tc>
          <w:tcPr>
            <w:tcW w:type="dxa" w:w="2376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นางสาววิลาวัลย์ โสภาอุทก</w:t>
            </w:r>
          </w:p>
        </w:tc>
        <w:tc>
          <w:tcPr>
            <w:tcW w:type="dxa" w:w="1152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18 คน</w:t>
            </w:r>
          </w:p>
        </w:tc>
        <w:tc>
          <w:tcPr>
            <w:tcW w:type="dxa" w:w="1008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-</w:t>
            </w:r>
          </w:p>
        </w:tc>
      </w:tr>
      <w:tr>
        <w:trPr>
          <w:cantSplit/>
        </w:trPr>
        <w:tc>
          <w:tcPr>
            <w:tcW w:type="dxa" w:w="1080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2568</w:t>
            </w:r>
          </w:p>
        </w:tc>
        <w:tc>
          <w:tcPr>
            <w:tcW w:type="dxa" w:w="936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1</w:t>
            </w:r>
          </w:p>
        </w:tc>
        <w:tc>
          <w:tcPr>
            <w:tcW w:type="dxa" w:w="936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ม.4/1</w:t>
            </w:r>
          </w:p>
        </w:tc>
        <w:tc>
          <w:tcPr>
            <w:tcW w:type="dxa" w:w="1224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ว31201</w:t>
            </w:r>
          </w:p>
        </w:tc>
        <w:tc>
          <w:tcPr>
            <w:tcW w:type="dxa" w:w="2592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ฟิสิกส์ 1</w:t>
            </w:r>
          </w:p>
        </w:tc>
        <w:tc>
          <w:tcPr>
            <w:tcW w:type="dxa" w:w="2376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นายจตุรวิทย์ วงละคร</w:t>
            </w:r>
          </w:p>
        </w:tc>
        <w:tc>
          <w:tcPr>
            <w:tcW w:type="dxa" w:w="1152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18 คน</w:t>
            </w:r>
          </w:p>
        </w:tc>
        <w:tc>
          <w:tcPr>
            <w:tcW w:type="dxa" w:w="1008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-</w:t>
            </w:r>
          </w:p>
        </w:tc>
      </w:tr>
      <w:tr>
        <w:trPr>
          <w:cantSplit/>
        </w:trPr>
        <w:tc>
          <w:tcPr>
            <w:tcW w:type="dxa" w:w="1080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2568</w:t>
            </w:r>
          </w:p>
        </w:tc>
        <w:tc>
          <w:tcPr>
            <w:tcW w:type="dxa" w:w="936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1</w:t>
            </w:r>
          </w:p>
        </w:tc>
        <w:tc>
          <w:tcPr>
            <w:tcW w:type="dxa" w:w="936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ม.4/1</w:t>
            </w:r>
          </w:p>
        </w:tc>
        <w:tc>
          <w:tcPr>
            <w:tcW w:type="dxa" w:w="1224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ศ31101</w:t>
            </w:r>
          </w:p>
        </w:tc>
        <w:tc>
          <w:tcPr>
            <w:tcW w:type="dxa" w:w="2592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ศิลปะ 1</w:t>
            </w:r>
          </w:p>
        </w:tc>
        <w:tc>
          <w:tcPr>
            <w:tcW w:type="dxa" w:w="2376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นายนิรันดร พันธ์ทรัพย์</w:t>
            </w:r>
          </w:p>
        </w:tc>
        <w:tc>
          <w:tcPr>
            <w:tcW w:type="dxa" w:w="1152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18 คน</w:t>
            </w:r>
          </w:p>
        </w:tc>
        <w:tc>
          <w:tcPr>
            <w:tcW w:type="dxa" w:w="1008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-</w:t>
            </w:r>
          </w:p>
        </w:tc>
      </w:tr>
      <w:tr>
        <w:trPr>
          <w:cantSplit/>
        </w:trPr>
        <w:tc>
          <w:tcPr>
            <w:tcW w:type="dxa" w:w="1080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2568</w:t>
            </w:r>
          </w:p>
        </w:tc>
        <w:tc>
          <w:tcPr>
            <w:tcW w:type="dxa" w:w="936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1</w:t>
            </w:r>
          </w:p>
        </w:tc>
        <w:tc>
          <w:tcPr>
            <w:tcW w:type="dxa" w:w="936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ม.4/1</w:t>
            </w:r>
          </w:p>
        </w:tc>
        <w:tc>
          <w:tcPr>
            <w:tcW w:type="dxa" w:w="1224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ส31251</w:t>
            </w:r>
          </w:p>
        </w:tc>
        <w:tc>
          <w:tcPr>
            <w:tcW w:type="dxa" w:w="2592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การป้องกันการทุจริต 1</w:t>
            </w:r>
          </w:p>
        </w:tc>
        <w:tc>
          <w:tcPr>
            <w:tcW w:type="dxa" w:w="2376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นายนิรันดร พันธ์ทรัพย์</w:t>
            </w:r>
          </w:p>
        </w:tc>
        <w:tc>
          <w:tcPr>
            <w:tcW w:type="dxa" w:w="1152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18 คน</w:t>
            </w:r>
          </w:p>
        </w:tc>
        <w:tc>
          <w:tcPr>
            <w:tcW w:type="dxa" w:w="1008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-</w:t>
            </w:r>
          </w:p>
        </w:tc>
      </w:tr>
      <w:tr>
        <w:trPr>
          <w:cantSplit/>
        </w:trPr>
        <w:tc>
          <w:tcPr>
            <w:tcW w:type="dxa" w:w="1080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2568</w:t>
            </w:r>
          </w:p>
        </w:tc>
        <w:tc>
          <w:tcPr>
            <w:tcW w:type="dxa" w:w="936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1</w:t>
            </w:r>
          </w:p>
        </w:tc>
        <w:tc>
          <w:tcPr>
            <w:tcW w:type="dxa" w:w="936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ม.4/2</w:t>
            </w:r>
          </w:p>
        </w:tc>
        <w:tc>
          <w:tcPr>
            <w:tcW w:type="dxa" w:w="1224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I31291</w:t>
            </w:r>
          </w:p>
        </w:tc>
        <w:tc>
          <w:tcPr>
            <w:tcW w:type="dxa" w:w="2592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การศึกษาค้นคว้าด้วยตนเอง 1</w:t>
            </w:r>
          </w:p>
        </w:tc>
        <w:tc>
          <w:tcPr>
            <w:tcW w:type="dxa" w:w="2376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นายจตุรวิทย์ วงละคร</w:t>
            </w:r>
          </w:p>
        </w:tc>
        <w:tc>
          <w:tcPr>
            <w:tcW w:type="dxa" w:w="1152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17 คน</w:t>
            </w:r>
          </w:p>
        </w:tc>
        <w:tc>
          <w:tcPr>
            <w:tcW w:type="dxa" w:w="1008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-</w:t>
            </w:r>
          </w:p>
        </w:tc>
      </w:tr>
      <w:tr>
        <w:trPr>
          <w:cantSplit/>
        </w:trPr>
        <w:tc>
          <w:tcPr>
            <w:tcW w:type="dxa" w:w="1080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2568</w:t>
            </w:r>
          </w:p>
        </w:tc>
        <w:tc>
          <w:tcPr>
            <w:tcW w:type="dxa" w:w="936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1</w:t>
            </w:r>
          </w:p>
        </w:tc>
        <w:tc>
          <w:tcPr>
            <w:tcW w:type="dxa" w:w="936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ม.4/2</w:t>
            </w:r>
          </w:p>
        </w:tc>
        <w:tc>
          <w:tcPr>
            <w:tcW w:type="dxa" w:w="1224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ค31101</w:t>
            </w:r>
          </w:p>
        </w:tc>
        <w:tc>
          <w:tcPr>
            <w:tcW w:type="dxa" w:w="2592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คณิตศาสตร์ 1</w:t>
            </w:r>
          </w:p>
        </w:tc>
        <w:tc>
          <w:tcPr>
            <w:tcW w:type="dxa" w:w="2376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นางสาววิลาวัลย์ โสภาอุทก</w:t>
            </w:r>
          </w:p>
        </w:tc>
        <w:tc>
          <w:tcPr>
            <w:tcW w:type="dxa" w:w="1152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17 คน</w:t>
            </w:r>
          </w:p>
        </w:tc>
        <w:tc>
          <w:tcPr>
            <w:tcW w:type="dxa" w:w="1008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-</w:t>
            </w:r>
          </w:p>
        </w:tc>
      </w:tr>
      <w:tr>
        <w:trPr>
          <w:cantSplit/>
        </w:trPr>
        <w:tc>
          <w:tcPr>
            <w:tcW w:type="dxa" w:w="1080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2568</w:t>
            </w:r>
          </w:p>
        </w:tc>
        <w:tc>
          <w:tcPr>
            <w:tcW w:type="dxa" w:w="936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1</w:t>
            </w:r>
          </w:p>
        </w:tc>
        <w:tc>
          <w:tcPr>
            <w:tcW w:type="dxa" w:w="936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ม.4/2</w:t>
            </w:r>
          </w:p>
        </w:tc>
        <w:tc>
          <w:tcPr>
            <w:tcW w:type="dxa" w:w="1224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ง31261</w:t>
            </w:r>
          </w:p>
        </w:tc>
        <w:tc>
          <w:tcPr>
            <w:tcW w:type="dxa" w:w="2592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การจัดสวนอาชีพ 1</w:t>
            </w:r>
          </w:p>
        </w:tc>
        <w:tc>
          <w:tcPr>
            <w:tcW w:type="dxa" w:w="2376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นางสาวพัชรี สิกขะเศรษฐ์</w:t>
            </w:r>
          </w:p>
        </w:tc>
        <w:tc>
          <w:tcPr>
            <w:tcW w:type="dxa" w:w="1152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17 คน</w:t>
            </w:r>
          </w:p>
        </w:tc>
        <w:tc>
          <w:tcPr>
            <w:tcW w:type="dxa" w:w="1008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-</w:t>
            </w:r>
          </w:p>
        </w:tc>
      </w:tr>
      <w:tr>
        <w:trPr>
          <w:cantSplit/>
        </w:trPr>
        <w:tc>
          <w:tcPr>
            <w:tcW w:type="dxa" w:w="1080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2568</w:t>
            </w:r>
          </w:p>
        </w:tc>
        <w:tc>
          <w:tcPr>
            <w:tcW w:type="dxa" w:w="936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1</w:t>
            </w:r>
          </w:p>
        </w:tc>
        <w:tc>
          <w:tcPr>
            <w:tcW w:type="dxa" w:w="936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ม.4/2</w:t>
            </w:r>
          </w:p>
        </w:tc>
        <w:tc>
          <w:tcPr>
            <w:tcW w:type="dxa" w:w="1224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ว31201</w:t>
            </w:r>
          </w:p>
        </w:tc>
        <w:tc>
          <w:tcPr>
            <w:tcW w:type="dxa" w:w="2592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คอมพิวเตอร์ 1</w:t>
            </w:r>
          </w:p>
        </w:tc>
        <w:tc>
          <w:tcPr>
            <w:tcW w:type="dxa" w:w="2376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นางสาวมัณฑนา คำแสงดี</w:t>
            </w:r>
          </w:p>
        </w:tc>
        <w:tc>
          <w:tcPr>
            <w:tcW w:type="dxa" w:w="1152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17 คน</w:t>
            </w:r>
          </w:p>
        </w:tc>
        <w:tc>
          <w:tcPr>
            <w:tcW w:type="dxa" w:w="1008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-</w:t>
            </w:r>
          </w:p>
        </w:tc>
      </w:tr>
      <w:tr>
        <w:trPr>
          <w:cantSplit/>
        </w:trPr>
        <w:tc>
          <w:tcPr>
            <w:tcW w:type="dxa" w:w="1080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2568</w:t>
            </w:r>
          </w:p>
        </w:tc>
        <w:tc>
          <w:tcPr>
            <w:tcW w:type="dxa" w:w="936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1</w:t>
            </w:r>
          </w:p>
        </w:tc>
        <w:tc>
          <w:tcPr>
            <w:tcW w:type="dxa" w:w="936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ม.4/2</w:t>
            </w:r>
          </w:p>
        </w:tc>
        <w:tc>
          <w:tcPr>
            <w:tcW w:type="dxa" w:w="1224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ศ31101</w:t>
            </w:r>
          </w:p>
        </w:tc>
        <w:tc>
          <w:tcPr>
            <w:tcW w:type="dxa" w:w="2592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ศิลปะ 1</w:t>
            </w:r>
          </w:p>
        </w:tc>
        <w:tc>
          <w:tcPr>
            <w:tcW w:type="dxa" w:w="2376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นายนิรันดร พันธ์ทรัพย์</w:t>
            </w:r>
          </w:p>
        </w:tc>
        <w:tc>
          <w:tcPr>
            <w:tcW w:type="dxa" w:w="1152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17 คน</w:t>
            </w:r>
          </w:p>
        </w:tc>
        <w:tc>
          <w:tcPr>
            <w:tcW w:type="dxa" w:w="1008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-</w:t>
            </w:r>
          </w:p>
        </w:tc>
      </w:tr>
      <w:tr>
        <w:trPr>
          <w:cantSplit/>
        </w:trPr>
        <w:tc>
          <w:tcPr>
            <w:tcW w:type="dxa" w:w="1080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2568</w:t>
            </w:r>
          </w:p>
        </w:tc>
        <w:tc>
          <w:tcPr>
            <w:tcW w:type="dxa" w:w="936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1</w:t>
            </w:r>
          </w:p>
        </w:tc>
        <w:tc>
          <w:tcPr>
            <w:tcW w:type="dxa" w:w="936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ม.4/2</w:t>
            </w:r>
          </w:p>
        </w:tc>
        <w:tc>
          <w:tcPr>
            <w:tcW w:type="dxa" w:w="1224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ศ31211</w:t>
            </w:r>
          </w:p>
        </w:tc>
        <w:tc>
          <w:tcPr>
            <w:tcW w:type="dxa" w:w="2592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นาฏศิลป์ 1</w:t>
            </w:r>
          </w:p>
        </w:tc>
        <w:tc>
          <w:tcPr>
            <w:tcW w:type="dxa" w:w="2376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นายมตรส สืบโมรา</w:t>
            </w:r>
          </w:p>
        </w:tc>
        <w:tc>
          <w:tcPr>
            <w:tcW w:type="dxa" w:w="1152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17 คน</w:t>
            </w:r>
          </w:p>
        </w:tc>
        <w:tc>
          <w:tcPr>
            <w:tcW w:type="dxa" w:w="1008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-</w:t>
            </w:r>
          </w:p>
        </w:tc>
      </w:tr>
      <w:tr>
        <w:trPr>
          <w:cantSplit/>
        </w:trPr>
        <w:tc>
          <w:tcPr>
            <w:tcW w:type="dxa" w:w="1080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2568</w:t>
            </w:r>
          </w:p>
        </w:tc>
        <w:tc>
          <w:tcPr>
            <w:tcW w:type="dxa" w:w="936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1</w:t>
            </w:r>
          </w:p>
        </w:tc>
        <w:tc>
          <w:tcPr>
            <w:tcW w:type="dxa" w:w="936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ม.4/2</w:t>
            </w:r>
          </w:p>
        </w:tc>
        <w:tc>
          <w:tcPr>
            <w:tcW w:type="dxa" w:w="1224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ศ31221</w:t>
            </w:r>
          </w:p>
        </w:tc>
        <w:tc>
          <w:tcPr>
            <w:tcW w:type="dxa" w:w="2592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ทัศนศิลป์ 1</w:t>
            </w:r>
          </w:p>
        </w:tc>
        <w:tc>
          <w:tcPr>
            <w:tcW w:type="dxa" w:w="2376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นายนิรันดร พันธ์ทรัพย์</w:t>
            </w:r>
          </w:p>
        </w:tc>
        <w:tc>
          <w:tcPr>
            <w:tcW w:type="dxa" w:w="1152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17 คน</w:t>
            </w:r>
          </w:p>
        </w:tc>
        <w:tc>
          <w:tcPr>
            <w:tcW w:type="dxa" w:w="1008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-</w:t>
            </w:r>
          </w:p>
        </w:tc>
      </w:tr>
      <w:tr>
        <w:trPr>
          <w:cantSplit/>
        </w:trPr>
        <w:tc>
          <w:tcPr>
            <w:tcW w:type="dxa" w:w="1080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2568</w:t>
            </w:r>
          </w:p>
        </w:tc>
        <w:tc>
          <w:tcPr>
            <w:tcW w:type="dxa" w:w="936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1</w:t>
            </w:r>
          </w:p>
        </w:tc>
        <w:tc>
          <w:tcPr>
            <w:tcW w:type="dxa" w:w="936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ม.4/2</w:t>
            </w:r>
          </w:p>
        </w:tc>
        <w:tc>
          <w:tcPr>
            <w:tcW w:type="dxa" w:w="1224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ส31251</w:t>
            </w:r>
          </w:p>
        </w:tc>
        <w:tc>
          <w:tcPr>
            <w:tcW w:type="dxa" w:w="2592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การป้องกันการทุจริต 1</w:t>
            </w:r>
          </w:p>
        </w:tc>
        <w:tc>
          <w:tcPr>
            <w:tcW w:type="dxa" w:w="2376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นายนิรันดร พันธ์ทรัพย์</w:t>
            </w:r>
          </w:p>
        </w:tc>
        <w:tc>
          <w:tcPr>
            <w:tcW w:type="dxa" w:w="1152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17 คน</w:t>
            </w:r>
          </w:p>
        </w:tc>
        <w:tc>
          <w:tcPr>
            <w:tcW w:type="dxa" w:w="1008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-</w:t>
            </w:r>
          </w:p>
        </w:tc>
      </w:tr>
      <w:tr>
        <w:trPr>
          <w:cantSplit/>
        </w:trPr>
        <w:tc>
          <w:tcPr>
            <w:tcW w:type="dxa" w:w="1080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2568</w:t>
            </w:r>
          </w:p>
        </w:tc>
        <w:tc>
          <w:tcPr>
            <w:tcW w:type="dxa" w:w="936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1</w:t>
            </w:r>
          </w:p>
        </w:tc>
        <w:tc>
          <w:tcPr>
            <w:tcW w:type="dxa" w:w="936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ม.4/2</w:t>
            </w:r>
          </w:p>
        </w:tc>
        <w:tc>
          <w:tcPr>
            <w:tcW w:type="dxa" w:w="1224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อ31211</w:t>
            </w:r>
          </w:p>
        </w:tc>
        <w:tc>
          <w:tcPr>
            <w:tcW w:type="dxa" w:w="2592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ภาษาอังกฤษรอบรู้ 1</w:t>
            </w:r>
          </w:p>
        </w:tc>
        <w:tc>
          <w:tcPr>
            <w:tcW w:type="dxa" w:w="2376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นายศุภกิตติ์ บุญวงษา</w:t>
            </w:r>
          </w:p>
        </w:tc>
        <w:tc>
          <w:tcPr>
            <w:tcW w:type="dxa" w:w="1152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17 คน</w:t>
            </w:r>
          </w:p>
        </w:tc>
        <w:tc>
          <w:tcPr>
            <w:tcW w:type="dxa" w:w="1008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-</w:t>
            </w:r>
          </w:p>
        </w:tc>
      </w:tr>
      <w:tr>
        <w:trPr>
          <w:cantSplit/>
        </w:trPr>
        <w:tc>
          <w:tcPr>
            <w:tcW w:type="dxa" w:w="1080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2568</w:t>
            </w:r>
          </w:p>
        </w:tc>
        <w:tc>
          <w:tcPr>
            <w:tcW w:type="dxa" w:w="936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1</w:t>
            </w:r>
          </w:p>
        </w:tc>
        <w:tc>
          <w:tcPr>
            <w:tcW w:type="dxa" w:w="936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ม.5/1</w:t>
            </w:r>
          </w:p>
        </w:tc>
        <w:tc>
          <w:tcPr>
            <w:tcW w:type="dxa" w:w="1224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ว32101</w:t>
            </w:r>
          </w:p>
        </w:tc>
        <w:tc>
          <w:tcPr>
            <w:tcW w:type="dxa" w:w="2592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วิทยาศาสตร์กายภาพ (ฟิสิกส์)</w:t>
            </w:r>
          </w:p>
        </w:tc>
        <w:tc>
          <w:tcPr>
            <w:tcW w:type="dxa" w:w="2376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นายจตุรวิทย์ วงละคร</w:t>
            </w:r>
          </w:p>
        </w:tc>
        <w:tc>
          <w:tcPr>
            <w:tcW w:type="dxa" w:w="1152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20 คน</w:t>
            </w:r>
          </w:p>
        </w:tc>
        <w:tc>
          <w:tcPr>
            <w:tcW w:type="dxa" w:w="1008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-</w:t>
            </w:r>
          </w:p>
        </w:tc>
      </w:tr>
      <w:tr>
        <w:trPr>
          <w:cantSplit/>
        </w:trPr>
        <w:tc>
          <w:tcPr>
            <w:tcW w:type="dxa" w:w="1080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2568</w:t>
            </w:r>
          </w:p>
        </w:tc>
        <w:tc>
          <w:tcPr>
            <w:tcW w:type="dxa" w:w="936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1</w:t>
            </w:r>
          </w:p>
        </w:tc>
        <w:tc>
          <w:tcPr>
            <w:tcW w:type="dxa" w:w="936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ม.5/1</w:t>
            </w:r>
          </w:p>
        </w:tc>
        <w:tc>
          <w:tcPr>
            <w:tcW w:type="dxa" w:w="1224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ว32201</w:t>
            </w:r>
          </w:p>
        </w:tc>
        <w:tc>
          <w:tcPr>
            <w:tcW w:type="dxa" w:w="2592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ฟิสิกส์ 3</w:t>
            </w:r>
          </w:p>
        </w:tc>
        <w:tc>
          <w:tcPr>
            <w:tcW w:type="dxa" w:w="2376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นายจตุรวิทย์ วงละคร</w:t>
            </w:r>
          </w:p>
        </w:tc>
        <w:tc>
          <w:tcPr>
            <w:tcW w:type="dxa" w:w="1152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20 คน</w:t>
            </w:r>
          </w:p>
        </w:tc>
        <w:tc>
          <w:tcPr>
            <w:tcW w:type="dxa" w:w="1008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-</w:t>
            </w:r>
          </w:p>
        </w:tc>
      </w:tr>
      <w:tr>
        <w:trPr>
          <w:cantSplit/>
        </w:trPr>
        <w:tc>
          <w:tcPr>
            <w:tcW w:type="dxa" w:w="1080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2568</w:t>
            </w:r>
          </w:p>
        </w:tc>
        <w:tc>
          <w:tcPr>
            <w:tcW w:type="dxa" w:w="936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1</w:t>
            </w:r>
          </w:p>
        </w:tc>
        <w:tc>
          <w:tcPr>
            <w:tcW w:type="dxa" w:w="936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ม.5/1</w:t>
            </w:r>
          </w:p>
        </w:tc>
        <w:tc>
          <w:tcPr>
            <w:tcW w:type="dxa" w:w="1224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ศ32101</w:t>
            </w:r>
          </w:p>
        </w:tc>
        <w:tc>
          <w:tcPr>
            <w:tcW w:type="dxa" w:w="2592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ศิลปะ 3</w:t>
            </w:r>
          </w:p>
        </w:tc>
        <w:tc>
          <w:tcPr>
            <w:tcW w:type="dxa" w:w="2376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นายนิรันดร พันธ์ทรัพย์</w:t>
            </w:r>
          </w:p>
        </w:tc>
        <w:tc>
          <w:tcPr>
            <w:tcW w:type="dxa" w:w="1152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20 คน</w:t>
            </w:r>
          </w:p>
        </w:tc>
        <w:tc>
          <w:tcPr>
            <w:tcW w:type="dxa" w:w="1008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-</w:t>
            </w:r>
          </w:p>
        </w:tc>
      </w:tr>
      <w:tr>
        <w:trPr>
          <w:cantSplit/>
        </w:trPr>
        <w:tc>
          <w:tcPr>
            <w:tcW w:type="dxa" w:w="1080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2568</w:t>
            </w:r>
          </w:p>
        </w:tc>
        <w:tc>
          <w:tcPr>
            <w:tcW w:type="dxa" w:w="936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1</w:t>
            </w:r>
          </w:p>
        </w:tc>
        <w:tc>
          <w:tcPr>
            <w:tcW w:type="dxa" w:w="936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ม.6/1</w:t>
            </w:r>
          </w:p>
        </w:tc>
        <w:tc>
          <w:tcPr>
            <w:tcW w:type="dxa" w:w="1224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ศ33203</w:t>
            </w:r>
          </w:p>
        </w:tc>
        <w:tc>
          <w:tcPr>
            <w:tcW w:type="dxa" w:w="2592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ดนตรีสากล</w:t>
            </w:r>
          </w:p>
        </w:tc>
        <w:tc>
          <w:tcPr>
            <w:tcW w:type="dxa" w:w="2376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นายนิรันดร พันธ์ทรัพย์</w:t>
            </w:r>
          </w:p>
        </w:tc>
        <w:tc>
          <w:tcPr>
            <w:tcW w:type="dxa" w:w="1152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righ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41 คน</w:t>
            </w:r>
          </w:p>
        </w:tc>
        <w:tc>
          <w:tcPr>
            <w:tcW w:type="dxa" w:w="1008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1 คน</w:t>
            </w:r>
          </w:p>
        </w:tc>
      </w:tr>
      <w:tr>
        <w:trPr>
          <w:cantSplit/>
        </w:trPr>
        <w:tc>
          <w:tcPr>
            <w:tcW w:type="dxa" w:w="1080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2568</w:t>
            </w:r>
          </w:p>
        </w:tc>
        <w:tc>
          <w:tcPr>
            <w:tcW w:type="dxa" w:w="936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1</w:t>
            </w:r>
          </w:p>
        </w:tc>
        <w:tc>
          <w:tcPr>
            <w:tcW w:type="dxa" w:w="936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ม.6/1</w:t>
            </w:r>
          </w:p>
        </w:tc>
        <w:tc>
          <w:tcPr>
            <w:tcW w:type="dxa" w:w="1224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ง33263</w:t>
            </w:r>
          </w:p>
        </w:tc>
        <w:tc>
          <w:tcPr>
            <w:tcW w:type="dxa" w:w="2592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โครงงานอาชีพ</w:t>
            </w:r>
          </w:p>
        </w:tc>
        <w:tc>
          <w:tcPr>
            <w:tcW w:type="dxa" w:w="2376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นายจตุรวิทย์ วงละคร</w:t>
            </w:r>
          </w:p>
        </w:tc>
        <w:tc>
          <w:tcPr>
            <w:tcW w:type="dxa" w:w="1152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righ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6 คน</w:t>
            </w:r>
          </w:p>
        </w:tc>
        <w:tc>
          <w:tcPr>
            <w:tcW w:type="dxa" w:w="1008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1 คน</w:t>
            </w:r>
          </w:p>
        </w:tc>
      </w:tr>
      <w:tr>
        <w:trPr>
          <w:cantSplit/>
        </w:trPr>
        <w:tc>
          <w:tcPr>
            <w:tcW w:type="dxa" w:w="1080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2568</w:t>
            </w:r>
          </w:p>
        </w:tc>
        <w:tc>
          <w:tcPr>
            <w:tcW w:type="dxa" w:w="936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1</w:t>
            </w:r>
          </w:p>
        </w:tc>
        <w:tc>
          <w:tcPr>
            <w:tcW w:type="dxa" w:w="936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ม.6/2</w:t>
            </w:r>
          </w:p>
        </w:tc>
        <w:tc>
          <w:tcPr>
            <w:tcW w:type="dxa" w:w="1224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ว33101</w:t>
            </w:r>
          </w:p>
        </w:tc>
        <w:tc>
          <w:tcPr>
            <w:tcW w:type="dxa" w:w="2592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วิทยาศาสตร์โลกและอวกาศ 1</w:t>
            </w:r>
          </w:p>
        </w:tc>
        <w:tc>
          <w:tcPr>
            <w:tcW w:type="dxa" w:w="2376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นายจตุรวิทย์ วงละคร</w:t>
            </w:r>
          </w:p>
        </w:tc>
        <w:tc>
          <w:tcPr>
            <w:tcW w:type="dxa" w:w="1152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righ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7 คน</w:t>
            </w:r>
          </w:p>
        </w:tc>
        <w:tc>
          <w:tcPr>
            <w:tcW w:type="dxa" w:w="1008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-</w:t>
            </w:r>
          </w:p>
        </w:tc>
      </w:tr>
      <w:tr>
        <w:trPr>
          <w:cantSplit/>
        </w:trPr>
        <w:tc>
          <w:tcPr>
            <w:tcW w:type="dxa" w:w="1080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2568</w:t>
            </w:r>
          </w:p>
        </w:tc>
        <w:tc>
          <w:tcPr>
            <w:tcW w:type="dxa" w:w="936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1</w:t>
            </w:r>
          </w:p>
        </w:tc>
        <w:tc>
          <w:tcPr>
            <w:tcW w:type="dxa" w:w="936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ม.6/2</w:t>
            </w:r>
          </w:p>
        </w:tc>
        <w:tc>
          <w:tcPr>
            <w:tcW w:type="dxa" w:w="1224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ศ33203</w:t>
            </w:r>
          </w:p>
        </w:tc>
        <w:tc>
          <w:tcPr>
            <w:tcW w:type="dxa" w:w="2592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วาดเขียน</w:t>
            </w:r>
          </w:p>
        </w:tc>
        <w:tc>
          <w:tcPr>
            <w:tcW w:type="dxa" w:w="2376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นายนิรันดร พันธ์ทรัพย์</w:t>
            </w:r>
          </w:p>
        </w:tc>
        <w:tc>
          <w:tcPr>
            <w:tcW w:type="dxa" w:w="1152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righ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7 คน</w:t>
            </w:r>
          </w:p>
        </w:tc>
        <w:tc>
          <w:tcPr>
            <w:tcW w:type="dxa" w:w="1008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-</w:t>
            </w:r>
          </w:p>
        </w:tc>
      </w:tr>
      <w:tr>
        <w:trPr>
          <w:cantSplit/>
        </w:trPr>
        <w:tc>
          <w:tcPr>
            <w:tcW w:type="dxa" w:w="1080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2568</w:t>
            </w:r>
          </w:p>
        </w:tc>
        <w:tc>
          <w:tcPr>
            <w:tcW w:type="dxa" w:w="936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2</w:t>
            </w:r>
          </w:p>
        </w:tc>
        <w:tc>
          <w:tcPr>
            <w:tcW w:type="dxa" w:w="936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ม.2/1</w:t>
            </w:r>
          </w:p>
        </w:tc>
        <w:tc>
          <w:tcPr>
            <w:tcW w:type="dxa" w:w="1224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ว22102</w:t>
            </w:r>
          </w:p>
        </w:tc>
        <w:tc>
          <w:tcPr>
            <w:tcW w:type="dxa" w:w="2592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วิทยาศาสตร์ 4</w:t>
            </w:r>
          </w:p>
        </w:tc>
        <w:tc>
          <w:tcPr>
            <w:tcW w:type="dxa" w:w="2376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นายกิตติพัทธ์ วงศ์พุทธา</w:t>
            </w:r>
          </w:p>
        </w:tc>
        <w:tc>
          <w:tcPr>
            <w:tcW w:type="dxa" w:w="1152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19 คน</w:t>
            </w:r>
          </w:p>
        </w:tc>
        <w:tc>
          <w:tcPr>
            <w:tcW w:type="dxa" w:w="1008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-</w:t>
            </w:r>
          </w:p>
        </w:tc>
      </w:tr>
      <w:tr>
        <w:trPr>
          <w:cantSplit/>
        </w:trPr>
        <w:tc>
          <w:tcPr>
            <w:tcW w:type="dxa" w:w="1080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2568</w:t>
            </w:r>
          </w:p>
        </w:tc>
        <w:tc>
          <w:tcPr>
            <w:tcW w:type="dxa" w:w="936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2</w:t>
            </w:r>
          </w:p>
        </w:tc>
        <w:tc>
          <w:tcPr>
            <w:tcW w:type="dxa" w:w="936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ม.2/1</w:t>
            </w:r>
          </w:p>
        </w:tc>
        <w:tc>
          <w:tcPr>
            <w:tcW w:type="dxa" w:w="1224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ว22202</w:t>
            </w:r>
          </w:p>
        </w:tc>
        <w:tc>
          <w:tcPr>
            <w:tcW w:type="dxa" w:w="2592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โครงงานทดลอง</w:t>
            </w:r>
          </w:p>
        </w:tc>
        <w:tc>
          <w:tcPr>
            <w:tcW w:type="dxa" w:w="2376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นายกิตติพัทธ์ วงศ์พุทธา</w:t>
            </w:r>
          </w:p>
        </w:tc>
        <w:tc>
          <w:tcPr>
            <w:tcW w:type="dxa" w:w="1152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19 คน</w:t>
            </w:r>
          </w:p>
        </w:tc>
        <w:tc>
          <w:tcPr>
            <w:tcW w:type="dxa" w:w="1008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-</w:t>
            </w:r>
          </w:p>
        </w:tc>
      </w:tr>
      <w:tr>
        <w:trPr>
          <w:cantSplit/>
        </w:trPr>
        <w:tc>
          <w:tcPr>
            <w:tcW w:type="dxa" w:w="1080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2568</w:t>
            </w:r>
          </w:p>
        </w:tc>
        <w:tc>
          <w:tcPr>
            <w:tcW w:type="dxa" w:w="936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2</w:t>
            </w:r>
          </w:p>
        </w:tc>
        <w:tc>
          <w:tcPr>
            <w:tcW w:type="dxa" w:w="936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ม.2/2</w:t>
            </w:r>
          </w:p>
        </w:tc>
        <w:tc>
          <w:tcPr>
            <w:tcW w:type="dxa" w:w="1224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ว22102</w:t>
            </w:r>
          </w:p>
        </w:tc>
        <w:tc>
          <w:tcPr>
            <w:tcW w:type="dxa" w:w="2592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วิทยาศาสตร์ 4</w:t>
            </w:r>
          </w:p>
        </w:tc>
        <w:tc>
          <w:tcPr>
            <w:tcW w:type="dxa" w:w="2376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นายกิตติพัทธ์ วงศ์พุทธา</w:t>
            </w:r>
          </w:p>
        </w:tc>
        <w:tc>
          <w:tcPr>
            <w:tcW w:type="dxa" w:w="1152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18 คน</w:t>
            </w:r>
          </w:p>
        </w:tc>
        <w:tc>
          <w:tcPr>
            <w:tcW w:type="dxa" w:w="1008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1 คน</w:t>
            </w:r>
          </w:p>
        </w:tc>
      </w:tr>
      <w:tr>
        <w:trPr>
          <w:cantSplit/>
        </w:trPr>
        <w:tc>
          <w:tcPr>
            <w:tcW w:type="dxa" w:w="1080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2568</w:t>
            </w:r>
          </w:p>
        </w:tc>
        <w:tc>
          <w:tcPr>
            <w:tcW w:type="dxa" w:w="936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2</w:t>
            </w:r>
          </w:p>
        </w:tc>
        <w:tc>
          <w:tcPr>
            <w:tcW w:type="dxa" w:w="936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ม.2/2</w:t>
            </w:r>
          </w:p>
        </w:tc>
        <w:tc>
          <w:tcPr>
            <w:tcW w:type="dxa" w:w="1224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ว22202</w:t>
            </w:r>
          </w:p>
        </w:tc>
        <w:tc>
          <w:tcPr>
            <w:tcW w:type="dxa" w:w="2592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โครงงานทดลอง</w:t>
            </w:r>
          </w:p>
        </w:tc>
        <w:tc>
          <w:tcPr>
            <w:tcW w:type="dxa" w:w="2376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นายกิตติพัทธ์ วงศ์พุทธา</w:t>
            </w:r>
          </w:p>
        </w:tc>
        <w:tc>
          <w:tcPr>
            <w:tcW w:type="dxa" w:w="1152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18 คน</w:t>
            </w:r>
          </w:p>
        </w:tc>
        <w:tc>
          <w:tcPr>
            <w:tcW w:type="dxa" w:w="1008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1 คน</w:t>
            </w:r>
          </w:p>
        </w:tc>
      </w:tr>
      <w:tr>
        <w:trPr>
          <w:cantSplit/>
        </w:trPr>
        <w:tc>
          <w:tcPr>
            <w:tcW w:type="dxa" w:w="1080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2568</w:t>
            </w:r>
          </w:p>
        </w:tc>
        <w:tc>
          <w:tcPr>
            <w:tcW w:type="dxa" w:w="936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2</w:t>
            </w:r>
          </w:p>
        </w:tc>
        <w:tc>
          <w:tcPr>
            <w:tcW w:type="dxa" w:w="936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ม.3/1</w:t>
            </w:r>
          </w:p>
        </w:tc>
        <w:tc>
          <w:tcPr>
            <w:tcW w:type="dxa" w:w="1224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ว23102</w:t>
            </w:r>
          </w:p>
        </w:tc>
        <w:tc>
          <w:tcPr>
            <w:tcW w:type="dxa" w:w="2592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วิทยาศาสตร์ 6</w:t>
            </w:r>
          </w:p>
        </w:tc>
        <w:tc>
          <w:tcPr>
            <w:tcW w:type="dxa" w:w="2376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นายกิตติพัทธ์ วงศ์พุทธา</w:t>
            </w:r>
          </w:p>
        </w:tc>
        <w:tc>
          <w:tcPr>
            <w:tcW w:type="dxa" w:w="1152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25 คน</w:t>
            </w:r>
          </w:p>
        </w:tc>
        <w:tc>
          <w:tcPr>
            <w:tcW w:type="dxa" w:w="1008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2 คน</w:t>
            </w:r>
          </w:p>
        </w:tc>
      </w:tr>
      <w:tr>
        <w:trPr>
          <w:cantSplit/>
        </w:trPr>
        <w:tc>
          <w:tcPr>
            <w:tcW w:type="dxa" w:w="1080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2568</w:t>
            </w:r>
          </w:p>
        </w:tc>
        <w:tc>
          <w:tcPr>
            <w:tcW w:type="dxa" w:w="936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2</w:t>
            </w:r>
          </w:p>
        </w:tc>
        <w:tc>
          <w:tcPr>
            <w:tcW w:type="dxa" w:w="936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ม.3/1</w:t>
            </w:r>
          </w:p>
        </w:tc>
        <w:tc>
          <w:tcPr>
            <w:tcW w:type="dxa" w:w="1224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ว23202</w:t>
            </w:r>
          </w:p>
        </w:tc>
        <w:tc>
          <w:tcPr>
            <w:tcW w:type="dxa" w:w="2592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โครงงานสิ่งประดิษฐ์ 2</w:t>
            </w:r>
          </w:p>
        </w:tc>
        <w:tc>
          <w:tcPr>
            <w:tcW w:type="dxa" w:w="2376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นายกิตติพัทธ์ วงศ์พุทธา</w:t>
            </w:r>
          </w:p>
        </w:tc>
        <w:tc>
          <w:tcPr>
            <w:tcW w:type="dxa" w:w="1152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25 คน</w:t>
            </w:r>
          </w:p>
        </w:tc>
        <w:tc>
          <w:tcPr>
            <w:tcW w:type="dxa" w:w="1008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2 คน</w:t>
            </w:r>
          </w:p>
        </w:tc>
      </w:tr>
      <w:tr>
        <w:trPr>
          <w:cantSplit/>
        </w:trPr>
        <w:tc>
          <w:tcPr>
            <w:tcW w:type="dxa" w:w="1080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2568</w:t>
            </w:r>
          </w:p>
        </w:tc>
        <w:tc>
          <w:tcPr>
            <w:tcW w:type="dxa" w:w="936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2</w:t>
            </w:r>
          </w:p>
        </w:tc>
        <w:tc>
          <w:tcPr>
            <w:tcW w:type="dxa" w:w="936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ม.3/2</w:t>
            </w:r>
          </w:p>
        </w:tc>
        <w:tc>
          <w:tcPr>
            <w:tcW w:type="dxa" w:w="1224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ว23102</w:t>
            </w:r>
          </w:p>
        </w:tc>
        <w:tc>
          <w:tcPr>
            <w:tcW w:type="dxa" w:w="2592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วิทยาศาสตร์ 6</w:t>
            </w:r>
          </w:p>
        </w:tc>
        <w:tc>
          <w:tcPr>
            <w:tcW w:type="dxa" w:w="2376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นายกิตติพัทธ์ วงศ์พุทธา</w:t>
            </w:r>
          </w:p>
        </w:tc>
        <w:tc>
          <w:tcPr>
            <w:tcW w:type="dxa" w:w="1152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27 คน</w:t>
            </w:r>
          </w:p>
        </w:tc>
        <w:tc>
          <w:tcPr>
            <w:tcW w:type="dxa" w:w="1008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1 คน</w:t>
            </w:r>
          </w:p>
        </w:tc>
      </w:tr>
      <w:tr>
        <w:trPr>
          <w:cantSplit/>
        </w:trPr>
        <w:tc>
          <w:tcPr>
            <w:tcW w:type="dxa" w:w="1080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2568</w:t>
            </w:r>
          </w:p>
        </w:tc>
        <w:tc>
          <w:tcPr>
            <w:tcW w:type="dxa" w:w="936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2</w:t>
            </w:r>
          </w:p>
        </w:tc>
        <w:tc>
          <w:tcPr>
            <w:tcW w:type="dxa" w:w="936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ม.3/2</w:t>
            </w:r>
          </w:p>
        </w:tc>
        <w:tc>
          <w:tcPr>
            <w:tcW w:type="dxa" w:w="1224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ว23202</w:t>
            </w:r>
          </w:p>
        </w:tc>
        <w:tc>
          <w:tcPr>
            <w:tcW w:type="dxa" w:w="2592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โครงงานสิ่งประดิษฐ์ 2</w:t>
            </w:r>
          </w:p>
        </w:tc>
        <w:tc>
          <w:tcPr>
            <w:tcW w:type="dxa" w:w="2376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นายกิตติพัทธ์ วงศ์พุทธา</w:t>
            </w:r>
          </w:p>
        </w:tc>
        <w:tc>
          <w:tcPr>
            <w:tcW w:type="dxa" w:w="1152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27 คน</w:t>
            </w:r>
          </w:p>
        </w:tc>
        <w:tc>
          <w:tcPr>
            <w:tcW w:type="dxa" w:w="1008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1 คน</w:t>
            </w:r>
          </w:p>
        </w:tc>
      </w:tr>
      <w:tr>
        <w:trPr>
          <w:cantSplit/>
        </w:trPr>
        <w:tc>
          <w:tcPr>
            <w:tcW w:type="dxa" w:w="1080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2568</w:t>
            </w:r>
          </w:p>
        </w:tc>
        <w:tc>
          <w:tcPr>
            <w:tcW w:type="dxa" w:w="936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2</w:t>
            </w:r>
          </w:p>
        </w:tc>
        <w:tc>
          <w:tcPr>
            <w:tcW w:type="dxa" w:w="936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ม.4/2</w:t>
            </w:r>
          </w:p>
        </w:tc>
        <w:tc>
          <w:tcPr>
            <w:tcW w:type="dxa" w:w="1224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I31292</w:t>
            </w:r>
          </w:p>
        </w:tc>
        <w:tc>
          <w:tcPr>
            <w:tcW w:type="dxa" w:w="2592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การศึกษาค้นคว้าด้วยตนเอง 2</w:t>
            </w:r>
          </w:p>
        </w:tc>
        <w:tc>
          <w:tcPr>
            <w:tcW w:type="dxa" w:w="2376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นายจตุรวิทย์ วงละคร</w:t>
            </w:r>
          </w:p>
        </w:tc>
        <w:tc>
          <w:tcPr>
            <w:tcW w:type="dxa" w:w="1152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17 คน</w:t>
            </w:r>
          </w:p>
        </w:tc>
        <w:tc>
          <w:tcPr>
            <w:tcW w:type="dxa" w:w="1008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-</w:t>
            </w:r>
          </w:p>
        </w:tc>
      </w:tr>
      <w:tr>
        <w:trPr>
          <w:cantSplit/>
        </w:trPr>
        <w:tc>
          <w:tcPr>
            <w:tcW w:type="dxa" w:w="1080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2568</w:t>
            </w:r>
          </w:p>
        </w:tc>
        <w:tc>
          <w:tcPr>
            <w:tcW w:type="dxa" w:w="936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2</w:t>
            </w:r>
          </w:p>
        </w:tc>
        <w:tc>
          <w:tcPr>
            <w:tcW w:type="dxa" w:w="936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ม.4/2</w:t>
            </w:r>
          </w:p>
        </w:tc>
        <w:tc>
          <w:tcPr>
            <w:tcW w:type="dxa" w:w="1224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ง31263</w:t>
            </w:r>
          </w:p>
        </w:tc>
        <w:tc>
          <w:tcPr>
            <w:tcW w:type="dxa" w:w="2592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ธุรกิจงานกราฟิก</w:t>
            </w:r>
          </w:p>
        </w:tc>
        <w:tc>
          <w:tcPr>
            <w:tcW w:type="dxa" w:w="2376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นางสาวพัชรี สิกขะเศรษฐ์</w:t>
            </w:r>
          </w:p>
        </w:tc>
        <w:tc>
          <w:tcPr>
            <w:tcW w:type="dxa" w:w="1152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17 คน</w:t>
            </w:r>
          </w:p>
        </w:tc>
        <w:tc>
          <w:tcPr>
            <w:tcW w:type="dxa" w:w="1008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-</w:t>
            </w:r>
          </w:p>
        </w:tc>
      </w:tr>
      <w:tr>
        <w:trPr>
          <w:cantSplit/>
        </w:trPr>
        <w:tc>
          <w:tcPr>
            <w:tcW w:type="dxa" w:w="1080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2568</w:t>
            </w:r>
          </w:p>
        </w:tc>
        <w:tc>
          <w:tcPr>
            <w:tcW w:type="dxa" w:w="936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2</w:t>
            </w:r>
          </w:p>
        </w:tc>
        <w:tc>
          <w:tcPr>
            <w:tcW w:type="dxa" w:w="936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ม.4/2</w:t>
            </w:r>
          </w:p>
        </w:tc>
        <w:tc>
          <w:tcPr>
            <w:tcW w:type="dxa" w:w="1224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ง31265</w:t>
            </w:r>
          </w:p>
        </w:tc>
        <w:tc>
          <w:tcPr>
            <w:tcW w:type="dxa" w:w="2592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ของที่ระลึกสร้างสรรค์</w:t>
            </w:r>
          </w:p>
        </w:tc>
        <w:tc>
          <w:tcPr>
            <w:tcW w:type="dxa" w:w="2376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นางสาวพัชรี สิกขะเศรษฐ์</w:t>
            </w:r>
          </w:p>
        </w:tc>
        <w:tc>
          <w:tcPr>
            <w:tcW w:type="dxa" w:w="1152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17 คน</w:t>
            </w:r>
          </w:p>
        </w:tc>
        <w:tc>
          <w:tcPr>
            <w:tcW w:type="dxa" w:w="1008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-</w:t>
            </w:r>
          </w:p>
        </w:tc>
      </w:tr>
      <w:tr>
        <w:trPr>
          <w:cantSplit/>
        </w:trPr>
        <w:tc>
          <w:tcPr>
            <w:tcW w:type="dxa" w:w="1080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2568</w:t>
            </w:r>
          </w:p>
        </w:tc>
        <w:tc>
          <w:tcPr>
            <w:tcW w:type="dxa" w:w="936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2</w:t>
            </w:r>
          </w:p>
        </w:tc>
        <w:tc>
          <w:tcPr>
            <w:tcW w:type="dxa" w:w="936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ม.4/2</w:t>
            </w:r>
          </w:p>
        </w:tc>
        <w:tc>
          <w:tcPr>
            <w:tcW w:type="dxa" w:w="1224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ว31202</w:t>
            </w:r>
          </w:p>
        </w:tc>
        <w:tc>
          <w:tcPr>
            <w:tcW w:type="dxa" w:w="2592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คอมพิวเตอร์ 2</w:t>
            </w:r>
          </w:p>
        </w:tc>
        <w:tc>
          <w:tcPr>
            <w:tcW w:type="dxa" w:w="2376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นางสาวมัณฑนา คำแสงดี</w:t>
            </w:r>
          </w:p>
        </w:tc>
        <w:tc>
          <w:tcPr>
            <w:tcW w:type="dxa" w:w="1152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17 คน</w:t>
            </w:r>
          </w:p>
        </w:tc>
        <w:tc>
          <w:tcPr>
            <w:tcW w:type="dxa" w:w="1008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-</w:t>
            </w:r>
          </w:p>
        </w:tc>
      </w:tr>
      <w:tr>
        <w:trPr>
          <w:cantSplit/>
        </w:trPr>
        <w:tc>
          <w:tcPr>
            <w:tcW w:type="dxa" w:w="1080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2568</w:t>
            </w:r>
          </w:p>
        </w:tc>
        <w:tc>
          <w:tcPr>
            <w:tcW w:type="dxa" w:w="936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2</w:t>
            </w:r>
          </w:p>
        </w:tc>
        <w:tc>
          <w:tcPr>
            <w:tcW w:type="dxa" w:w="936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ม.4/2</w:t>
            </w:r>
          </w:p>
        </w:tc>
        <w:tc>
          <w:tcPr>
            <w:tcW w:type="dxa" w:w="1224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ศ31212</w:t>
            </w:r>
          </w:p>
        </w:tc>
        <w:tc>
          <w:tcPr>
            <w:tcW w:type="dxa" w:w="2592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นาฏศิลป์ 2</w:t>
            </w:r>
          </w:p>
        </w:tc>
        <w:tc>
          <w:tcPr>
            <w:tcW w:type="dxa" w:w="2376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นายมตรส สืบโมรา</w:t>
            </w:r>
          </w:p>
        </w:tc>
        <w:tc>
          <w:tcPr>
            <w:tcW w:type="dxa" w:w="1152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17 คน</w:t>
            </w:r>
          </w:p>
        </w:tc>
        <w:tc>
          <w:tcPr>
            <w:tcW w:type="dxa" w:w="1008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-</w:t>
            </w:r>
          </w:p>
        </w:tc>
      </w:tr>
      <w:tr>
        <w:trPr>
          <w:cantSplit/>
        </w:trPr>
        <w:tc>
          <w:tcPr>
            <w:tcW w:type="dxa" w:w="1080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2568</w:t>
            </w:r>
          </w:p>
        </w:tc>
        <w:tc>
          <w:tcPr>
            <w:tcW w:type="dxa" w:w="936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2</w:t>
            </w:r>
          </w:p>
        </w:tc>
        <w:tc>
          <w:tcPr>
            <w:tcW w:type="dxa" w:w="936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ม.4/2</w:t>
            </w:r>
          </w:p>
        </w:tc>
        <w:tc>
          <w:tcPr>
            <w:tcW w:type="dxa" w:w="1224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ศ31222</w:t>
            </w:r>
          </w:p>
        </w:tc>
        <w:tc>
          <w:tcPr>
            <w:tcW w:type="dxa" w:w="2592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ทัศนศิลป์ 2</w:t>
            </w:r>
          </w:p>
        </w:tc>
        <w:tc>
          <w:tcPr>
            <w:tcW w:type="dxa" w:w="2376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นายนิรันดร พันธ์ทรัพย์</w:t>
            </w:r>
          </w:p>
        </w:tc>
        <w:tc>
          <w:tcPr>
            <w:tcW w:type="dxa" w:w="1152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17 คน</w:t>
            </w:r>
          </w:p>
        </w:tc>
        <w:tc>
          <w:tcPr>
            <w:tcW w:type="dxa" w:w="1008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-</w:t>
            </w:r>
          </w:p>
        </w:tc>
      </w:tr>
      <w:tr>
        <w:trPr>
          <w:cantSplit/>
        </w:trPr>
        <w:tc>
          <w:tcPr>
            <w:tcW w:type="dxa" w:w="1080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2568</w:t>
            </w:r>
          </w:p>
        </w:tc>
        <w:tc>
          <w:tcPr>
            <w:tcW w:type="dxa" w:w="936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2</w:t>
            </w:r>
          </w:p>
        </w:tc>
        <w:tc>
          <w:tcPr>
            <w:tcW w:type="dxa" w:w="936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ม.4/2</w:t>
            </w:r>
          </w:p>
        </w:tc>
        <w:tc>
          <w:tcPr>
            <w:tcW w:type="dxa" w:w="1224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อ31212</w:t>
            </w:r>
          </w:p>
        </w:tc>
        <w:tc>
          <w:tcPr>
            <w:tcW w:type="dxa" w:w="2592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ภาษาอังกฤษรอบรู้ 2</w:t>
            </w:r>
          </w:p>
        </w:tc>
        <w:tc>
          <w:tcPr>
            <w:tcW w:type="dxa" w:w="2376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นายศุภกิตติ์ บุญวงษา</w:t>
            </w:r>
          </w:p>
        </w:tc>
        <w:tc>
          <w:tcPr>
            <w:tcW w:type="dxa" w:w="1152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17 คน</w:t>
            </w:r>
          </w:p>
        </w:tc>
        <w:tc>
          <w:tcPr>
            <w:tcW w:type="dxa" w:w="1008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-</w:t>
            </w:r>
          </w:p>
        </w:tc>
      </w:tr>
    </w:tbl>
    <w:p>
      <w:pPr>
        <w:spacing w:before="180" w:after="80" w:line="276" w:lineRule="auto"/>
        <w:jc w:val="left"/>
      </w:pPr>
      <w:r>
        <w:rPr>
          <w:rFonts w:ascii="TH Sarabun New" w:hAnsi="TH Sarabun New"/>
          <w:b/>
          <w:i w:val="0"/>
          <w:color w:val="2F5597"/>
          <w:sz w:val="31"/>
          <w:rFonts w:ascii="TH Sarabun New" w:hAnsi="TH Sarabun New" w:eastAsia="TH Sarabun New" w:cs="TH Sarabun New"/>
        </w:rPr>
        <w:t>4.2 รายวิชาที่ครูประเมินคุณลักษณะฯ นร.ปกติครบ 100% แล้ว (ขาดเฉพาะแขวนลอย)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3D3D3"/>
          <w:bottom w:val="single" w:sz="6" w:space="0" w:color="D3D3D3"/>
          <w:left w:val="none"/>
          <w:right w:val="none"/>
          <w:insideH w:val="single" w:sz="4" w:space="0" w:color="E0E0E0"/>
          <w:insideV w:val="none"/>
        </w:tblBorders>
      </w:tblPr>
      <w:tblGrid>
        <w:gridCol w:w="1314"/>
        <w:gridCol w:w="1314"/>
        <w:gridCol w:w="1314"/>
        <w:gridCol w:w="1314"/>
        <w:gridCol w:w="1314"/>
        <w:gridCol w:w="1314"/>
        <w:gridCol w:w="1314"/>
        <w:gridCol w:w="1314"/>
      </w:tblGrid>
      <w:tr>
        <w:trPr>
          <w:tblHeader/>
        </w:trPr>
        <w:tc>
          <w:tcPr>
            <w:tcW w:type="dxa" w:w="1080"/>
            <w:shd w:fill="548235"/>
            <w:tcMar>
              <w:top w:w="100" w:type="dxa"/>
              <w:bottom w:w="100" w:type="dxa"/>
              <w:left w:w="100" w:type="dxa"/>
              <w:right w:w="10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/>
                <w:i w:val="0"/>
                <w:color w:val="FFFFFF"/>
                <w:sz w:val="27"/>
                <w:rFonts w:ascii="TH Sarabun New" w:hAnsi="TH Sarabun New" w:eastAsia="TH Sarabun New" w:cs="TH Sarabun New"/>
              </w:rPr>
              <w:t>ปีการศึกษา</w:t>
            </w:r>
          </w:p>
        </w:tc>
        <w:tc>
          <w:tcPr>
            <w:tcW w:type="dxa" w:w="936"/>
            <w:shd w:fill="548235"/>
            <w:tcMar>
              <w:top w:w="100" w:type="dxa"/>
              <w:bottom w:w="100" w:type="dxa"/>
              <w:left w:w="100" w:type="dxa"/>
              <w:right w:w="10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/>
                <w:i w:val="0"/>
                <w:color w:val="FFFFFF"/>
                <w:sz w:val="27"/>
                <w:rFonts w:ascii="TH Sarabun New" w:hAnsi="TH Sarabun New" w:eastAsia="TH Sarabun New" w:cs="TH Sarabun New"/>
              </w:rPr>
              <w:t>ภาคเรียน</w:t>
            </w:r>
          </w:p>
        </w:tc>
        <w:tc>
          <w:tcPr>
            <w:tcW w:type="dxa" w:w="936"/>
            <w:shd w:fill="548235"/>
            <w:tcMar>
              <w:top w:w="100" w:type="dxa"/>
              <w:bottom w:w="100" w:type="dxa"/>
              <w:left w:w="100" w:type="dxa"/>
              <w:right w:w="10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/>
                <w:i w:val="0"/>
                <w:color w:val="FFFFFF"/>
                <w:sz w:val="27"/>
                <w:rFonts w:ascii="TH Sarabun New" w:hAnsi="TH Sarabun New" w:eastAsia="TH Sarabun New" w:cs="TH Sarabun New"/>
              </w:rPr>
              <w:t>ชั้น</w:t>
            </w:r>
          </w:p>
        </w:tc>
        <w:tc>
          <w:tcPr>
            <w:tcW w:type="dxa" w:w="1224"/>
            <w:shd w:fill="548235"/>
            <w:tcMar>
              <w:top w:w="100" w:type="dxa"/>
              <w:bottom w:w="100" w:type="dxa"/>
              <w:left w:w="100" w:type="dxa"/>
              <w:right w:w="10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/>
                <w:i w:val="0"/>
                <w:color w:val="FFFFFF"/>
                <w:sz w:val="27"/>
                <w:rFonts w:ascii="TH Sarabun New" w:hAnsi="TH Sarabun New" w:eastAsia="TH Sarabun New" w:cs="TH Sarabun New"/>
              </w:rPr>
              <w:t>รหัสวิชา</w:t>
            </w:r>
          </w:p>
        </w:tc>
        <w:tc>
          <w:tcPr>
            <w:tcW w:type="dxa" w:w="2448"/>
            <w:shd w:fill="548235"/>
            <w:tcMar>
              <w:top w:w="100" w:type="dxa"/>
              <w:bottom w:w="100" w:type="dxa"/>
              <w:left w:w="100" w:type="dxa"/>
              <w:right w:w="10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/>
                <w:i w:val="0"/>
                <w:color w:val="FFFFFF"/>
                <w:sz w:val="27"/>
                <w:rFonts w:ascii="TH Sarabun New" w:hAnsi="TH Sarabun New" w:eastAsia="TH Sarabun New" w:cs="TH Sarabun New"/>
              </w:rPr>
              <w:t>ชื่อวิชา</w:t>
            </w:r>
          </w:p>
        </w:tc>
        <w:tc>
          <w:tcPr>
            <w:tcW w:type="dxa" w:w="2376"/>
            <w:shd w:fill="548235"/>
            <w:tcMar>
              <w:top w:w="100" w:type="dxa"/>
              <w:bottom w:w="100" w:type="dxa"/>
              <w:left w:w="100" w:type="dxa"/>
              <w:right w:w="10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/>
                <w:i w:val="0"/>
                <w:color w:val="FFFFFF"/>
                <w:sz w:val="27"/>
                <w:rFonts w:ascii="TH Sarabun New" w:hAnsi="TH Sarabun New" w:eastAsia="TH Sarabun New" w:cs="TH Sarabun New"/>
              </w:rPr>
              <w:t>ครูผู้สอน</w:t>
            </w:r>
          </w:p>
        </w:tc>
        <w:tc>
          <w:tcPr>
            <w:tcW w:type="dxa" w:w="1584"/>
            <w:shd w:fill="548235"/>
            <w:tcMar>
              <w:top w:w="100" w:type="dxa"/>
              <w:bottom w:w="100" w:type="dxa"/>
              <w:left w:w="100" w:type="dxa"/>
              <w:right w:w="10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/>
                <w:i w:val="0"/>
                <w:color w:val="FFFFFF"/>
                <w:sz w:val="27"/>
                <w:rFonts w:ascii="TH Sarabun New" w:hAnsi="TH Sarabun New" w:eastAsia="TH Sarabun New" w:cs="TH Sarabun New"/>
              </w:rPr>
              <w:t>นร.แขวนลอยที่ค้าง</w:t>
            </w:r>
          </w:p>
        </w:tc>
        <w:tc>
          <w:tcPr>
            <w:tcW w:type="dxa" w:w="1584"/>
            <w:shd w:fill="548235"/>
            <w:tcMar>
              <w:top w:w="100" w:type="dxa"/>
              <w:bottom w:w="100" w:type="dxa"/>
              <w:left w:w="100" w:type="dxa"/>
              <w:right w:w="10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/>
                <w:i w:val="0"/>
                <w:color w:val="FFFFFF"/>
                <w:sz w:val="27"/>
                <w:rFonts w:ascii="TH Sarabun New" w:hAnsi="TH Sarabun New" w:eastAsia="TH Sarabun New" w:cs="TH Sarabun New"/>
              </w:rPr>
              <w:t>สถานะการติดตาม</w:t>
            </w:r>
          </w:p>
        </w:tc>
      </w:tr>
      <w:tr>
        <w:trPr>
          <w:cantSplit/>
        </w:trPr>
        <w:tc>
          <w:tcPr>
            <w:tcW w:type="dxa" w:w="1080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2568</w:t>
            </w:r>
          </w:p>
        </w:tc>
        <w:tc>
          <w:tcPr>
            <w:tcW w:type="dxa" w:w="936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2</w:t>
            </w:r>
          </w:p>
        </w:tc>
        <w:tc>
          <w:tcPr>
            <w:tcW w:type="dxa" w:w="936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ม.1/2</w:t>
            </w:r>
          </w:p>
        </w:tc>
        <w:tc>
          <w:tcPr>
            <w:tcW w:type="dxa" w:w="1224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พ21103</w:t>
            </w:r>
          </w:p>
        </w:tc>
        <w:tc>
          <w:tcPr>
            <w:tcW w:type="dxa" w:w="2448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สุขศึกษาและพลศึกษา 2</w:t>
            </w:r>
          </w:p>
        </w:tc>
        <w:tc>
          <w:tcPr>
            <w:tcW w:type="dxa" w:w="2376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นายวีระพงษ์ บุตรสีทัด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ฆ้องชัย (1 คน)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ไม่ต้องติดตาม</w:t>
            </w:r>
          </w:p>
        </w:tc>
      </w:tr>
      <w:tr>
        <w:trPr>
          <w:cantSplit/>
        </w:trPr>
        <w:tc>
          <w:tcPr>
            <w:tcW w:type="dxa" w:w="1080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2568</w:t>
            </w:r>
          </w:p>
        </w:tc>
        <w:tc>
          <w:tcPr>
            <w:tcW w:type="dxa" w:w="936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2</w:t>
            </w:r>
          </w:p>
        </w:tc>
        <w:tc>
          <w:tcPr>
            <w:tcW w:type="dxa" w:w="936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ม.1/2</w:t>
            </w:r>
          </w:p>
        </w:tc>
        <w:tc>
          <w:tcPr>
            <w:tcW w:type="dxa" w:w="1224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ว21104</w:t>
            </w:r>
          </w:p>
        </w:tc>
        <w:tc>
          <w:tcPr>
            <w:tcW w:type="dxa" w:w="2448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การออกแบบและเทคโนโลยี 1</w:t>
            </w:r>
          </w:p>
        </w:tc>
        <w:tc>
          <w:tcPr>
            <w:tcW w:type="dxa" w:w="2376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นางสาวพัชญ์ชิสา อภิกุลวราศิษฐ์</w:t>
            </w:r>
          </w:p>
        </w:tc>
        <w:tc>
          <w:tcPr>
            <w:tcW w:type="dxa" w:w="1584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ฆ้องชัย (1 คน)</w:t>
            </w:r>
          </w:p>
        </w:tc>
        <w:tc>
          <w:tcPr>
            <w:tcW w:type="dxa" w:w="1584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ไม่ต้องติดตาม</w:t>
            </w:r>
          </w:p>
        </w:tc>
      </w:tr>
      <w:tr>
        <w:trPr>
          <w:cantSplit/>
        </w:trPr>
        <w:tc>
          <w:tcPr>
            <w:tcW w:type="dxa" w:w="1080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2568</w:t>
            </w:r>
          </w:p>
        </w:tc>
        <w:tc>
          <w:tcPr>
            <w:tcW w:type="dxa" w:w="936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2</w:t>
            </w:r>
          </w:p>
        </w:tc>
        <w:tc>
          <w:tcPr>
            <w:tcW w:type="dxa" w:w="936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ม.1/2</w:t>
            </w:r>
          </w:p>
        </w:tc>
        <w:tc>
          <w:tcPr>
            <w:tcW w:type="dxa" w:w="1224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ว21202</w:t>
            </w:r>
          </w:p>
        </w:tc>
        <w:tc>
          <w:tcPr>
            <w:tcW w:type="dxa" w:w="2448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การศึกษาค้นคว้าและสารสนเทศ</w:t>
            </w:r>
          </w:p>
        </w:tc>
        <w:tc>
          <w:tcPr>
            <w:tcW w:type="dxa" w:w="2376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นางสาวพัชญ์ชิสา อภิกุลวราศิษฐ์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ฆ้องชัย (1 คน)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ไม่ต้องติดตาม</w:t>
            </w:r>
          </w:p>
        </w:tc>
      </w:tr>
      <w:tr>
        <w:trPr>
          <w:cantSplit/>
        </w:trPr>
        <w:tc>
          <w:tcPr>
            <w:tcW w:type="dxa" w:w="1080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2568</w:t>
            </w:r>
          </w:p>
        </w:tc>
        <w:tc>
          <w:tcPr>
            <w:tcW w:type="dxa" w:w="936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2</w:t>
            </w:r>
          </w:p>
        </w:tc>
        <w:tc>
          <w:tcPr>
            <w:tcW w:type="dxa" w:w="936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ม.3/1</w:t>
            </w:r>
          </w:p>
        </w:tc>
        <w:tc>
          <w:tcPr>
            <w:tcW w:type="dxa" w:w="1224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พ23103</w:t>
            </w:r>
          </w:p>
        </w:tc>
        <w:tc>
          <w:tcPr>
            <w:tcW w:type="dxa" w:w="2448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สุขศึกษา 6</w:t>
            </w:r>
          </w:p>
        </w:tc>
        <w:tc>
          <w:tcPr>
            <w:tcW w:type="dxa" w:w="2376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นายวีระพงษ์ บุตรสีทัด</w:t>
            </w:r>
          </w:p>
        </w:tc>
        <w:tc>
          <w:tcPr>
            <w:tcW w:type="dxa" w:w="1584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กลุ่ม ม.3/1 (2 คน)</w:t>
            </w:r>
          </w:p>
        </w:tc>
        <w:tc>
          <w:tcPr>
            <w:tcW w:type="dxa" w:w="1584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ไม่ต้องติดตาม</w:t>
            </w:r>
          </w:p>
        </w:tc>
      </w:tr>
      <w:tr>
        <w:trPr>
          <w:cantSplit/>
        </w:trPr>
        <w:tc>
          <w:tcPr>
            <w:tcW w:type="dxa" w:w="1080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2568</w:t>
            </w:r>
          </w:p>
        </w:tc>
        <w:tc>
          <w:tcPr>
            <w:tcW w:type="dxa" w:w="936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2</w:t>
            </w:r>
          </w:p>
        </w:tc>
        <w:tc>
          <w:tcPr>
            <w:tcW w:type="dxa" w:w="936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ม.3/1</w:t>
            </w:r>
          </w:p>
        </w:tc>
        <w:tc>
          <w:tcPr>
            <w:tcW w:type="dxa" w:w="1224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พ23104</w:t>
            </w:r>
          </w:p>
        </w:tc>
        <w:tc>
          <w:tcPr>
            <w:tcW w:type="dxa" w:w="2448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บาสเกตบอล</w:t>
            </w:r>
          </w:p>
        </w:tc>
        <w:tc>
          <w:tcPr>
            <w:tcW w:type="dxa" w:w="2376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นายวีระพงษ์ บุตรสีทัด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กลุ่ม ม.3/1 (1 คน)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ไม่ต้องติดตาม</w:t>
            </w:r>
          </w:p>
        </w:tc>
      </w:tr>
      <w:tr>
        <w:trPr>
          <w:cantSplit/>
        </w:trPr>
        <w:tc>
          <w:tcPr>
            <w:tcW w:type="dxa" w:w="1080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2568</w:t>
            </w:r>
          </w:p>
        </w:tc>
        <w:tc>
          <w:tcPr>
            <w:tcW w:type="dxa" w:w="936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2</w:t>
            </w:r>
          </w:p>
        </w:tc>
        <w:tc>
          <w:tcPr>
            <w:tcW w:type="dxa" w:w="936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ม.3/1</w:t>
            </w:r>
          </w:p>
        </w:tc>
        <w:tc>
          <w:tcPr>
            <w:tcW w:type="dxa" w:w="1224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ว23104</w:t>
            </w:r>
          </w:p>
        </w:tc>
        <w:tc>
          <w:tcPr>
            <w:tcW w:type="dxa" w:w="2448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การออกแบบและเทคโนโลยี 3</w:t>
            </w:r>
          </w:p>
        </w:tc>
        <w:tc>
          <w:tcPr>
            <w:tcW w:type="dxa" w:w="2376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นางสาวพัชญ์ชิสา อภิกุลวราศิษฐ์</w:t>
            </w:r>
          </w:p>
        </w:tc>
        <w:tc>
          <w:tcPr>
            <w:tcW w:type="dxa" w:w="1584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กลุ่ม ม.3/1 (2 คน)</w:t>
            </w:r>
          </w:p>
        </w:tc>
        <w:tc>
          <w:tcPr>
            <w:tcW w:type="dxa" w:w="1584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ไม่ต้องติดตาม</w:t>
            </w:r>
          </w:p>
        </w:tc>
      </w:tr>
      <w:tr>
        <w:trPr>
          <w:cantSplit/>
        </w:trPr>
        <w:tc>
          <w:tcPr>
            <w:tcW w:type="dxa" w:w="1080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2568</w:t>
            </w:r>
          </w:p>
        </w:tc>
        <w:tc>
          <w:tcPr>
            <w:tcW w:type="dxa" w:w="936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2</w:t>
            </w:r>
          </w:p>
        </w:tc>
        <w:tc>
          <w:tcPr>
            <w:tcW w:type="dxa" w:w="936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ม.3/1</w:t>
            </w:r>
          </w:p>
        </w:tc>
        <w:tc>
          <w:tcPr>
            <w:tcW w:type="dxa" w:w="1224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ศ23102</w:t>
            </w:r>
          </w:p>
        </w:tc>
        <w:tc>
          <w:tcPr>
            <w:tcW w:type="dxa" w:w="2448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ศิลปะ 6</w:t>
            </w:r>
          </w:p>
        </w:tc>
        <w:tc>
          <w:tcPr>
            <w:tcW w:type="dxa" w:w="2376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นายนิรันดร พันธ์ทรัพย์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กลุ่ม ม.3/1 (2 คน)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ไม่ต้องติดตาม</w:t>
            </w:r>
          </w:p>
        </w:tc>
      </w:tr>
      <w:tr>
        <w:trPr>
          <w:cantSplit/>
        </w:trPr>
        <w:tc>
          <w:tcPr>
            <w:tcW w:type="dxa" w:w="1080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2568</w:t>
            </w:r>
          </w:p>
        </w:tc>
        <w:tc>
          <w:tcPr>
            <w:tcW w:type="dxa" w:w="936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2</w:t>
            </w:r>
          </w:p>
        </w:tc>
        <w:tc>
          <w:tcPr>
            <w:tcW w:type="dxa" w:w="936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ม.3/2</w:t>
            </w:r>
          </w:p>
        </w:tc>
        <w:tc>
          <w:tcPr>
            <w:tcW w:type="dxa" w:w="1224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ว23104</w:t>
            </w:r>
          </w:p>
        </w:tc>
        <w:tc>
          <w:tcPr>
            <w:tcW w:type="dxa" w:w="2448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การออกแบบและเทคโนโลยี 3</w:t>
            </w:r>
          </w:p>
        </w:tc>
        <w:tc>
          <w:tcPr>
            <w:tcW w:type="dxa" w:w="2376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นางสาวพัชญ์ชิสา อภิกุลวราศิษฐ์</w:t>
            </w:r>
          </w:p>
        </w:tc>
        <w:tc>
          <w:tcPr>
            <w:tcW w:type="dxa" w:w="1584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ภาวิณี (1 คน)</w:t>
            </w:r>
          </w:p>
        </w:tc>
        <w:tc>
          <w:tcPr>
            <w:tcW w:type="dxa" w:w="1584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ไม่ต้องติดตาม</w:t>
            </w:r>
          </w:p>
        </w:tc>
      </w:tr>
      <w:tr>
        <w:trPr>
          <w:cantSplit/>
        </w:trPr>
        <w:tc>
          <w:tcPr>
            <w:tcW w:type="dxa" w:w="1080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2568</w:t>
            </w:r>
          </w:p>
        </w:tc>
        <w:tc>
          <w:tcPr>
            <w:tcW w:type="dxa" w:w="936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2</w:t>
            </w:r>
          </w:p>
        </w:tc>
        <w:tc>
          <w:tcPr>
            <w:tcW w:type="dxa" w:w="936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ม.6/1</w:t>
            </w:r>
          </w:p>
        </w:tc>
        <w:tc>
          <w:tcPr>
            <w:tcW w:type="dxa" w:w="1224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ว33103</w:t>
            </w:r>
          </w:p>
        </w:tc>
        <w:tc>
          <w:tcPr>
            <w:tcW w:type="dxa" w:w="2448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วิทยาการคำนวณ</w:t>
            </w:r>
          </w:p>
        </w:tc>
        <w:tc>
          <w:tcPr>
            <w:tcW w:type="dxa" w:w="2376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นางสาวพัชญ์ชิสา อภิกุลวราศิษฐ์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คาวี (1 คน)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ไม่ต้องติดตาม</w:t>
            </w:r>
          </w:p>
        </w:tc>
      </w:tr>
      <w:tr>
        <w:trPr>
          <w:cantSplit/>
        </w:trPr>
        <w:tc>
          <w:tcPr>
            <w:tcW w:type="dxa" w:w="1080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2568</w:t>
            </w:r>
          </w:p>
        </w:tc>
        <w:tc>
          <w:tcPr>
            <w:tcW w:type="dxa" w:w="936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2</w:t>
            </w:r>
          </w:p>
        </w:tc>
        <w:tc>
          <w:tcPr>
            <w:tcW w:type="dxa" w:w="936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ม.6/1</w:t>
            </w:r>
          </w:p>
        </w:tc>
        <w:tc>
          <w:tcPr>
            <w:tcW w:type="dxa" w:w="1224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ศ33102</w:t>
            </w:r>
          </w:p>
        </w:tc>
        <w:tc>
          <w:tcPr>
            <w:tcW w:type="dxa" w:w="2448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ศิลปะ 6</w:t>
            </w:r>
          </w:p>
        </w:tc>
        <w:tc>
          <w:tcPr>
            <w:tcW w:type="dxa" w:w="2376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นายนิรันดร พันธ์ทรัพย์</w:t>
            </w:r>
          </w:p>
        </w:tc>
        <w:tc>
          <w:tcPr>
            <w:tcW w:type="dxa" w:w="1584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คาวี (1 คน)</w:t>
            </w:r>
          </w:p>
        </w:tc>
        <w:tc>
          <w:tcPr>
            <w:tcW w:type="dxa" w:w="1584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ไม่ต้องติดตาม</w:t>
            </w:r>
          </w:p>
        </w:tc>
      </w:tr>
      <w:tr>
        <w:trPr>
          <w:cantSplit/>
        </w:trPr>
        <w:tc>
          <w:tcPr>
            <w:tcW w:type="dxa" w:w="1080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2568</w:t>
            </w:r>
          </w:p>
        </w:tc>
        <w:tc>
          <w:tcPr>
            <w:tcW w:type="dxa" w:w="936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2</w:t>
            </w:r>
          </w:p>
        </w:tc>
        <w:tc>
          <w:tcPr>
            <w:tcW w:type="dxa" w:w="936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ม.6/1</w:t>
            </w:r>
          </w:p>
        </w:tc>
        <w:tc>
          <w:tcPr>
            <w:tcW w:type="dxa" w:w="1224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ส33252</w:t>
            </w:r>
          </w:p>
        </w:tc>
        <w:tc>
          <w:tcPr>
            <w:tcW w:type="dxa" w:w="2448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การป้องกันการทุจริต 6</w:t>
            </w:r>
          </w:p>
        </w:tc>
        <w:tc>
          <w:tcPr>
            <w:tcW w:type="dxa" w:w="2376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นายนิรันดร พันธ์ทรัพย์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คาวี (1 คน)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ไม่ต้องติดตาม</w:t>
            </w:r>
          </w:p>
        </w:tc>
      </w:tr>
    </w:tbl>
    <w:p>
      <w:pPr>
        <w:spacing w:before="280" w:after="120" w:line="276" w:lineRule="auto"/>
        <w:jc w:val="left"/>
      </w:pPr>
      <w:r>
        <w:rPr>
          <w:rFonts w:ascii="TH Sarabun New" w:hAnsi="TH Sarabun New"/>
          <w:b/>
          <w:i w:val="0"/>
          <w:color w:val="1B365D"/>
          <w:sz w:val="34"/>
          <w:rFonts w:ascii="TH Sarabun New" w:hAnsi="TH Sarabun New" w:eastAsia="TH Sarabun New" w:cs="TH Sarabun New"/>
        </w:rPr>
        <w:t>5. กิจกรรมพัฒนาผู้เรียนที่ยังไม่บันทึกผล (ผ/มผ) ระบุปีและภาคเรียน</w:t>
      </w:r>
    </w:p>
    <w:p>
      <w:pPr>
        <w:spacing w:before="0" w:after="80" w:line="276" w:lineRule="auto"/>
        <w:jc w:val="left"/>
      </w:pPr>
      <w:r>
        <w:t>ผลการประเมินกิจกรรมพัฒนาผู้เรียน (ผ่าน / ไม่ผ่าน) ระบุปีการศึกษา ภาคเรียน และสถานะนักเรียนอย่างครบถ้วน:</w:t>
      </w:r>
    </w:p>
    <w:p>
      <w:pPr>
        <w:spacing w:before="180" w:after="80" w:line="276" w:lineRule="auto"/>
        <w:jc w:val="left"/>
      </w:pPr>
      <w:r>
        <w:rPr>
          <w:rFonts w:ascii="TH Sarabun New" w:hAnsi="TH Sarabun New"/>
          <w:b/>
          <w:i w:val="0"/>
          <w:color w:val="2F5597"/>
          <w:sz w:val="31"/>
          <w:rFonts w:ascii="TH Sarabun New" w:hAnsi="TH Sarabun New" w:eastAsia="TH Sarabun New" w:cs="TH Sarabun New"/>
        </w:rPr>
        <w:t>5.1 ปีการศึกษา 2568: ค้างบันทึกผล 6 รายการ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3D3D3"/>
          <w:bottom w:val="single" w:sz="6" w:space="0" w:color="D3D3D3"/>
          <w:left w:val="none"/>
          <w:right w:val="none"/>
          <w:insideH w:val="single" w:sz="4" w:space="0" w:color="E0E0E0"/>
          <w:insideV w:val="none"/>
        </w:tblBorders>
      </w:tblPr>
      <w:tblGrid>
        <w:gridCol w:w="1314"/>
        <w:gridCol w:w="1314"/>
        <w:gridCol w:w="1314"/>
        <w:gridCol w:w="1314"/>
        <w:gridCol w:w="1314"/>
        <w:gridCol w:w="1314"/>
        <w:gridCol w:w="1314"/>
        <w:gridCol w:w="1314"/>
      </w:tblGrid>
      <w:tr>
        <w:trPr>
          <w:tblHeader/>
        </w:trPr>
        <w:tc>
          <w:tcPr>
            <w:tcW w:type="dxa" w:w="1080"/>
            <w:shd w:fill="1F4E79"/>
            <w:tcMar>
              <w:top w:w="100" w:type="dxa"/>
              <w:bottom w:w="100" w:type="dxa"/>
              <w:left w:w="100" w:type="dxa"/>
              <w:right w:w="10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/>
                <w:i w:val="0"/>
                <w:color w:val="FFFFFF"/>
                <w:sz w:val="27"/>
                <w:rFonts w:ascii="TH Sarabun New" w:hAnsi="TH Sarabun New" w:eastAsia="TH Sarabun New" w:cs="TH Sarabun New"/>
              </w:rPr>
              <w:t>ปีการศึกษา</w:t>
            </w:r>
          </w:p>
        </w:tc>
        <w:tc>
          <w:tcPr>
            <w:tcW w:type="dxa" w:w="936"/>
            <w:shd w:fill="1F4E79"/>
            <w:tcMar>
              <w:top w:w="100" w:type="dxa"/>
              <w:bottom w:w="100" w:type="dxa"/>
              <w:left w:w="100" w:type="dxa"/>
              <w:right w:w="10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/>
                <w:i w:val="0"/>
                <w:color w:val="FFFFFF"/>
                <w:sz w:val="27"/>
                <w:rFonts w:ascii="TH Sarabun New" w:hAnsi="TH Sarabun New" w:eastAsia="TH Sarabun New" w:cs="TH Sarabun New"/>
              </w:rPr>
              <w:t>ภาคเรียน</w:t>
            </w:r>
          </w:p>
        </w:tc>
        <w:tc>
          <w:tcPr>
            <w:tcW w:type="dxa" w:w="936"/>
            <w:shd w:fill="1F4E79"/>
            <w:tcMar>
              <w:top w:w="100" w:type="dxa"/>
              <w:bottom w:w="100" w:type="dxa"/>
              <w:left w:w="100" w:type="dxa"/>
              <w:right w:w="10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/>
                <w:i w:val="0"/>
                <w:color w:val="FFFFFF"/>
                <w:sz w:val="27"/>
                <w:rFonts w:ascii="TH Sarabun New" w:hAnsi="TH Sarabun New" w:eastAsia="TH Sarabun New" w:cs="TH Sarabun New"/>
              </w:rPr>
              <w:t>ชั้น</w:t>
            </w:r>
          </w:p>
        </w:tc>
        <w:tc>
          <w:tcPr>
            <w:tcW w:type="dxa" w:w="1224"/>
            <w:shd w:fill="1F4E79"/>
            <w:tcMar>
              <w:top w:w="100" w:type="dxa"/>
              <w:bottom w:w="100" w:type="dxa"/>
              <w:left w:w="100" w:type="dxa"/>
              <w:right w:w="10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/>
                <w:i w:val="0"/>
                <w:color w:val="FFFFFF"/>
                <w:sz w:val="27"/>
                <w:rFonts w:ascii="TH Sarabun New" w:hAnsi="TH Sarabun New" w:eastAsia="TH Sarabun New" w:cs="TH Sarabun New"/>
              </w:rPr>
              <w:t>รหัสวิชา</w:t>
            </w:r>
          </w:p>
        </w:tc>
        <w:tc>
          <w:tcPr>
            <w:tcW w:type="dxa" w:w="2376"/>
            <w:shd w:fill="1F4E79"/>
            <w:tcMar>
              <w:top w:w="100" w:type="dxa"/>
              <w:bottom w:w="100" w:type="dxa"/>
              <w:left w:w="100" w:type="dxa"/>
              <w:right w:w="10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/>
                <w:i w:val="0"/>
                <w:color w:val="FFFFFF"/>
                <w:sz w:val="27"/>
                <w:rFonts w:ascii="TH Sarabun New" w:hAnsi="TH Sarabun New" w:eastAsia="TH Sarabun New" w:cs="TH Sarabun New"/>
              </w:rPr>
              <w:t>ชื่อกิจกรรม</w:t>
            </w:r>
          </w:p>
        </w:tc>
        <w:tc>
          <w:tcPr>
            <w:tcW w:type="dxa" w:w="2376"/>
            <w:shd w:fill="1F4E79"/>
            <w:tcMar>
              <w:top w:w="100" w:type="dxa"/>
              <w:bottom w:w="100" w:type="dxa"/>
              <w:left w:w="100" w:type="dxa"/>
              <w:right w:w="10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/>
                <w:i w:val="0"/>
                <w:color w:val="FFFFFF"/>
                <w:sz w:val="27"/>
                <w:rFonts w:ascii="TH Sarabun New" w:hAnsi="TH Sarabun New" w:eastAsia="TH Sarabun New" w:cs="TH Sarabun New"/>
              </w:rPr>
              <w:t>ครูผู้สอน</w:t>
            </w:r>
          </w:p>
        </w:tc>
        <w:tc>
          <w:tcPr>
            <w:tcW w:type="dxa" w:w="2088"/>
            <w:shd w:fill="1F4E79"/>
            <w:tcMar>
              <w:top w:w="100" w:type="dxa"/>
              <w:bottom w:w="100" w:type="dxa"/>
              <w:left w:w="100" w:type="dxa"/>
              <w:right w:w="10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/>
                <w:i w:val="0"/>
                <w:color w:val="FFFFFF"/>
                <w:sz w:val="27"/>
                <w:rFonts w:ascii="TH Sarabun New" w:hAnsi="TH Sarabun New" w:eastAsia="TH Sarabun New" w:cs="TH Sarabun New"/>
              </w:rPr>
              <w:t>กลุ่มนักเรียน</w:t>
            </w:r>
          </w:p>
        </w:tc>
        <w:tc>
          <w:tcPr>
            <w:tcW w:type="dxa" w:w="1656"/>
            <w:shd w:fill="1F4E79"/>
            <w:tcMar>
              <w:top w:w="100" w:type="dxa"/>
              <w:bottom w:w="100" w:type="dxa"/>
              <w:left w:w="100" w:type="dxa"/>
              <w:right w:w="10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/>
                <w:i w:val="0"/>
                <w:color w:val="FFFFFF"/>
                <w:sz w:val="27"/>
                <w:rFonts w:ascii="TH Sarabun New" w:hAnsi="TH Sarabun New" w:eastAsia="TH Sarabun New" w:cs="TH Sarabun New"/>
              </w:rPr>
              <w:t>สถานะการติดตาม</w:t>
            </w:r>
          </w:p>
        </w:tc>
      </w:tr>
      <w:tr>
        <w:trPr>
          <w:cantSplit/>
        </w:trPr>
        <w:tc>
          <w:tcPr>
            <w:tcW w:type="dxa" w:w="1080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2568</w:t>
            </w:r>
          </w:p>
        </w:tc>
        <w:tc>
          <w:tcPr>
            <w:tcW w:type="dxa" w:w="936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1</w:t>
            </w:r>
          </w:p>
        </w:tc>
        <w:tc>
          <w:tcPr>
            <w:tcW w:type="dxa" w:w="936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ม.1/2</w:t>
            </w:r>
          </w:p>
        </w:tc>
        <w:tc>
          <w:tcPr>
            <w:tcW w:type="dxa" w:w="1224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ก21901</w:t>
            </w:r>
          </w:p>
        </w:tc>
        <w:tc>
          <w:tcPr>
            <w:tcW w:type="dxa" w:w="2376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แนะแนว</w:t>
            </w:r>
          </w:p>
        </w:tc>
        <w:tc>
          <w:tcPr>
            <w:tcW w:type="dxa" w:w="2376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นางสาวณัฐวิภา รัตนะ</w:t>
            </w:r>
          </w:p>
        </w:tc>
        <w:tc>
          <w:tcPr>
            <w:tcW w:type="dxa" w:w="2088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ด.ญ.เพ็ญนภา (แขวนลอย)</w:t>
            </w:r>
          </w:p>
        </w:tc>
        <w:tc>
          <w:tcPr>
            <w:tcW w:type="dxa" w:w="1656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ไม่ต้องติดตาม</w:t>
            </w:r>
          </w:p>
        </w:tc>
      </w:tr>
      <w:tr>
        <w:trPr>
          <w:cantSplit/>
        </w:trPr>
        <w:tc>
          <w:tcPr>
            <w:tcW w:type="dxa" w:w="1080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2568</w:t>
            </w:r>
          </w:p>
        </w:tc>
        <w:tc>
          <w:tcPr>
            <w:tcW w:type="dxa" w:w="936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1</w:t>
            </w:r>
          </w:p>
        </w:tc>
        <w:tc>
          <w:tcPr>
            <w:tcW w:type="dxa" w:w="936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ม.1/2</w:t>
            </w:r>
          </w:p>
        </w:tc>
        <w:tc>
          <w:tcPr>
            <w:tcW w:type="dxa" w:w="1224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ก21905</w:t>
            </w:r>
          </w:p>
        </w:tc>
        <w:tc>
          <w:tcPr>
            <w:tcW w:type="dxa" w:w="2376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เนตรนารี</w:t>
            </w:r>
          </w:p>
        </w:tc>
        <w:tc>
          <w:tcPr>
            <w:tcW w:type="dxa" w:w="2376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นางสาวเพชราภรณ์ สุวรรณวงษ์</w:t>
            </w:r>
          </w:p>
        </w:tc>
        <w:tc>
          <w:tcPr>
            <w:tcW w:type="dxa" w:w="2088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ด.ญ.เพ็ญนภา (แขวนลอย)</w:t>
            </w:r>
          </w:p>
        </w:tc>
        <w:tc>
          <w:tcPr>
            <w:tcW w:type="dxa" w:w="1656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ไม่ต้องติดตาม</w:t>
            </w:r>
          </w:p>
        </w:tc>
      </w:tr>
      <w:tr>
        <w:trPr>
          <w:cantSplit/>
        </w:trPr>
        <w:tc>
          <w:tcPr>
            <w:tcW w:type="dxa" w:w="1080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2568</w:t>
            </w:r>
          </w:p>
        </w:tc>
        <w:tc>
          <w:tcPr>
            <w:tcW w:type="dxa" w:w="936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1</w:t>
            </w:r>
          </w:p>
        </w:tc>
        <w:tc>
          <w:tcPr>
            <w:tcW w:type="dxa" w:w="936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ม.1/2</w:t>
            </w:r>
          </w:p>
        </w:tc>
        <w:tc>
          <w:tcPr>
            <w:tcW w:type="dxa" w:w="1224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ก21917</w:t>
            </w:r>
          </w:p>
        </w:tc>
        <w:tc>
          <w:tcPr>
            <w:tcW w:type="dxa" w:w="2376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ชุมนุมวิชาการ</w:t>
            </w:r>
          </w:p>
        </w:tc>
        <w:tc>
          <w:tcPr>
            <w:tcW w:type="dxa" w:w="2376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นางสาวเพชราภรณ์ สุวรรณวงษ์</w:t>
            </w:r>
          </w:p>
        </w:tc>
        <w:tc>
          <w:tcPr>
            <w:tcW w:type="dxa" w:w="2088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ด.ญ.เพ็ญนภา (แขวนลอย)</w:t>
            </w:r>
          </w:p>
        </w:tc>
        <w:tc>
          <w:tcPr>
            <w:tcW w:type="dxa" w:w="1656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ไม่ต้องติดตาม</w:t>
            </w:r>
          </w:p>
        </w:tc>
      </w:tr>
      <w:tr>
        <w:trPr>
          <w:cantSplit/>
        </w:trPr>
        <w:tc>
          <w:tcPr>
            <w:tcW w:type="dxa" w:w="1080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2568</w:t>
            </w:r>
          </w:p>
        </w:tc>
        <w:tc>
          <w:tcPr>
            <w:tcW w:type="dxa" w:w="936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2</w:t>
            </w:r>
          </w:p>
        </w:tc>
        <w:tc>
          <w:tcPr>
            <w:tcW w:type="dxa" w:w="936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ม.3/1</w:t>
            </w:r>
          </w:p>
        </w:tc>
        <w:tc>
          <w:tcPr>
            <w:tcW w:type="dxa" w:w="1224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ก23904</w:t>
            </w:r>
          </w:p>
        </w:tc>
        <w:tc>
          <w:tcPr>
            <w:tcW w:type="dxa" w:w="2376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ลูกเสือ</w:t>
            </w:r>
          </w:p>
        </w:tc>
        <w:tc>
          <w:tcPr>
            <w:tcW w:type="dxa" w:w="2376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นางสาวเพชราภรณ์ สุวรรณวงษ์</w:t>
            </w:r>
          </w:p>
        </w:tc>
        <w:tc>
          <w:tcPr>
            <w:tcW w:type="dxa" w:w="2088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นายวัชรพล นาคเหม (แขวนลอย)</w:t>
            </w:r>
          </w:p>
        </w:tc>
        <w:tc>
          <w:tcPr>
            <w:tcW w:type="dxa" w:w="1656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ไม่ต้องติดตาม</w:t>
            </w:r>
          </w:p>
        </w:tc>
      </w:tr>
      <w:tr>
        <w:trPr>
          <w:cantSplit/>
        </w:trPr>
        <w:tc>
          <w:tcPr>
            <w:tcW w:type="dxa" w:w="1080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2568</w:t>
            </w:r>
          </w:p>
        </w:tc>
        <w:tc>
          <w:tcPr>
            <w:tcW w:type="dxa" w:w="936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2</w:t>
            </w:r>
          </w:p>
        </w:tc>
        <w:tc>
          <w:tcPr>
            <w:tcW w:type="dxa" w:w="936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ม.4/1</w:t>
            </w:r>
          </w:p>
        </w:tc>
        <w:tc>
          <w:tcPr>
            <w:tcW w:type="dxa" w:w="1224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ก31906</w:t>
            </w:r>
          </w:p>
        </w:tc>
        <w:tc>
          <w:tcPr>
            <w:tcW w:type="dxa" w:w="2376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แนะแนว</w:t>
            </w:r>
          </w:p>
        </w:tc>
        <w:tc>
          <w:tcPr>
            <w:tcW w:type="dxa" w:w="2376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นางสาววิลาวัลย์ โสภาอุทก</w:t>
            </w:r>
          </w:p>
        </w:tc>
        <w:tc>
          <w:tcPr>
            <w:tcW w:type="dxa" w:w="2088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นายรัชชานนท์ สุทุม (ปกติ)</w:t>
            </w:r>
          </w:p>
        </w:tc>
        <w:tc>
          <w:tcPr>
            <w:tcW w:type="dxa" w:w="1656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ติดตามครูด่วน</w:t>
            </w:r>
          </w:p>
        </w:tc>
      </w:tr>
      <w:tr>
        <w:trPr>
          <w:cantSplit/>
        </w:trPr>
        <w:tc>
          <w:tcPr>
            <w:tcW w:type="dxa" w:w="1080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2568</w:t>
            </w:r>
          </w:p>
        </w:tc>
        <w:tc>
          <w:tcPr>
            <w:tcW w:type="dxa" w:w="936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2</w:t>
            </w:r>
          </w:p>
        </w:tc>
        <w:tc>
          <w:tcPr>
            <w:tcW w:type="dxa" w:w="936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ม.4/1</w:t>
            </w:r>
          </w:p>
        </w:tc>
        <w:tc>
          <w:tcPr>
            <w:tcW w:type="dxa" w:w="1224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ก31974</w:t>
            </w:r>
          </w:p>
        </w:tc>
        <w:tc>
          <w:tcPr>
            <w:tcW w:type="dxa" w:w="2376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ฝึกประสบการณ์ฯ</w:t>
            </w:r>
          </w:p>
        </w:tc>
        <w:tc>
          <w:tcPr>
            <w:tcW w:type="dxa" w:w="2376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นางสาวพัชญ์ชิสา อภิกุลวราศิษฐ์</w:t>
            </w:r>
          </w:p>
        </w:tc>
        <w:tc>
          <w:tcPr>
            <w:tcW w:type="dxa" w:w="2088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นายรัชชานนท์ สุทุม (ปกติ)</w:t>
            </w:r>
          </w:p>
        </w:tc>
        <w:tc>
          <w:tcPr>
            <w:tcW w:type="dxa" w:w="1656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ติดตามครูด่วน</w:t>
            </w:r>
          </w:p>
        </w:tc>
      </w:tr>
    </w:tbl>
    <w:p>
      <w:pPr>
        <w:spacing w:before="180" w:after="80" w:line="276" w:lineRule="auto"/>
        <w:jc w:val="left"/>
      </w:pPr>
      <w:r>
        <w:rPr>
          <w:rFonts w:ascii="TH Sarabun New" w:hAnsi="TH Sarabun New"/>
          <w:b/>
          <w:i w:val="0"/>
          <w:color w:val="2F5597"/>
          <w:sz w:val="31"/>
          <w:rFonts w:ascii="TH Sarabun New" w:hAnsi="TH Sarabun New" w:eastAsia="TH Sarabun New" w:cs="TH Sarabun New"/>
        </w:rPr>
        <w:t>5.2 ปีการศึกษา 2569 (ภาคเรียนที่ 1): ค้างบันทึกผล 67 รายการ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3D3D3"/>
          <w:bottom w:val="single" w:sz="6" w:space="0" w:color="D3D3D3"/>
          <w:left w:val="none"/>
          <w:right w:val="none"/>
          <w:insideH w:val="single" w:sz="4" w:space="0" w:color="E0E0E0"/>
          <w:insideV w:val="none"/>
        </w:tblBorders>
      </w:tblPr>
      <w:tblGrid>
        <w:gridCol w:w="1314"/>
        <w:gridCol w:w="1314"/>
        <w:gridCol w:w="1314"/>
        <w:gridCol w:w="1314"/>
        <w:gridCol w:w="1314"/>
        <w:gridCol w:w="1314"/>
        <w:gridCol w:w="1314"/>
        <w:gridCol w:w="1314"/>
      </w:tblGrid>
      <w:tr>
        <w:trPr>
          <w:tblHeader/>
        </w:trPr>
        <w:tc>
          <w:tcPr>
            <w:tcW w:type="dxa" w:w="1080"/>
            <w:shd w:fill="1F4E79"/>
            <w:tcMar>
              <w:top w:w="100" w:type="dxa"/>
              <w:bottom w:w="100" w:type="dxa"/>
              <w:left w:w="100" w:type="dxa"/>
              <w:right w:w="10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/>
                <w:i w:val="0"/>
                <w:color w:val="FFFFFF"/>
                <w:sz w:val="27"/>
                <w:rFonts w:ascii="TH Sarabun New" w:hAnsi="TH Sarabun New" w:eastAsia="TH Sarabun New" w:cs="TH Sarabun New"/>
              </w:rPr>
              <w:t>ปีการศึกษา</w:t>
            </w:r>
          </w:p>
        </w:tc>
        <w:tc>
          <w:tcPr>
            <w:tcW w:type="dxa" w:w="936"/>
            <w:shd w:fill="1F4E79"/>
            <w:tcMar>
              <w:top w:w="100" w:type="dxa"/>
              <w:bottom w:w="100" w:type="dxa"/>
              <w:left w:w="100" w:type="dxa"/>
              <w:right w:w="10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/>
                <w:i w:val="0"/>
                <w:color w:val="FFFFFF"/>
                <w:sz w:val="27"/>
                <w:rFonts w:ascii="TH Sarabun New" w:hAnsi="TH Sarabun New" w:eastAsia="TH Sarabun New" w:cs="TH Sarabun New"/>
              </w:rPr>
              <w:t>ภาคเรียน</w:t>
            </w:r>
          </w:p>
        </w:tc>
        <w:tc>
          <w:tcPr>
            <w:tcW w:type="dxa" w:w="936"/>
            <w:shd w:fill="1F4E79"/>
            <w:tcMar>
              <w:top w:w="100" w:type="dxa"/>
              <w:bottom w:w="100" w:type="dxa"/>
              <w:left w:w="100" w:type="dxa"/>
              <w:right w:w="10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/>
                <w:i w:val="0"/>
                <w:color w:val="FFFFFF"/>
                <w:sz w:val="27"/>
                <w:rFonts w:ascii="TH Sarabun New" w:hAnsi="TH Sarabun New" w:eastAsia="TH Sarabun New" w:cs="TH Sarabun New"/>
              </w:rPr>
              <w:t>ชั้น</w:t>
            </w:r>
          </w:p>
        </w:tc>
        <w:tc>
          <w:tcPr>
            <w:tcW w:type="dxa" w:w="1224"/>
            <w:shd w:fill="1F4E79"/>
            <w:tcMar>
              <w:top w:w="100" w:type="dxa"/>
              <w:bottom w:w="100" w:type="dxa"/>
              <w:left w:w="100" w:type="dxa"/>
              <w:right w:w="10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/>
                <w:i w:val="0"/>
                <w:color w:val="FFFFFF"/>
                <w:sz w:val="27"/>
                <w:rFonts w:ascii="TH Sarabun New" w:hAnsi="TH Sarabun New" w:eastAsia="TH Sarabun New" w:cs="TH Sarabun New"/>
              </w:rPr>
              <w:t>รหัสวิชา</w:t>
            </w:r>
          </w:p>
        </w:tc>
        <w:tc>
          <w:tcPr>
            <w:tcW w:type="dxa" w:w="3024"/>
            <w:shd w:fill="1F4E79"/>
            <w:tcMar>
              <w:top w:w="100" w:type="dxa"/>
              <w:bottom w:w="100" w:type="dxa"/>
              <w:left w:w="100" w:type="dxa"/>
              <w:right w:w="10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/>
                <w:i w:val="0"/>
                <w:color w:val="FFFFFF"/>
                <w:sz w:val="27"/>
                <w:rFonts w:ascii="TH Sarabun New" w:hAnsi="TH Sarabun New" w:eastAsia="TH Sarabun New" w:cs="TH Sarabun New"/>
              </w:rPr>
              <w:t>ชื่อกิจกรรมพัฒนาผู้เรียน</w:t>
            </w:r>
          </w:p>
        </w:tc>
        <w:tc>
          <w:tcPr>
            <w:tcW w:type="dxa" w:w="2592"/>
            <w:shd w:fill="1F4E79"/>
            <w:tcMar>
              <w:top w:w="100" w:type="dxa"/>
              <w:bottom w:w="100" w:type="dxa"/>
              <w:left w:w="100" w:type="dxa"/>
              <w:right w:w="10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/>
                <w:i w:val="0"/>
                <w:color w:val="FFFFFF"/>
                <w:sz w:val="27"/>
                <w:rFonts w:ascii="TH Sarabun New" w:hAnsi="TH Sarabun New" w:eastAsia="TH Sarabun New" w:cs="TH Sarabun New"/>
              </w:rPr>
              <w:t>ครูผู้รับผิดชอบกิจกรรม</w:t>
            </w:r>
          </w:p>
        </w:tc>
        <w:tc>
          <w:tcPr>
            <w:tcW w:type="dxa" w:w="1440"/>
            <w:shd w:fill="1F4E79"/>
            <w:tcMar>
              <w:top w:w="100" w:type="dxa"/>
              <w:bottom w:w="100" w:type="dxa"/>
              <w:left w:w="100" w:type="dxa"/>
              <w:right w:w="10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/>
                <w:i w:val="0"/>
                <w:color w:val="FFFFFF"/>
                <w:sz w:val="27"/>
                <w:rFonts w:ascii="TH Sarabun New" w:hAnsi="TH Sarabun New" w:eastAsia="TH Sarabun New" w:cs="TH Sarabun New"/>
              </w:rPr>
              <w:t>นร.ปกติค้าง</w:t>
            </w:r>
          </w:p>
        </w:tc>
        <w:tc>
          <w:tcPr>
            <w:tcW w:type="dxa" w:w="1440"/>
            <w:shd w:fill="1F4E79"/>
            <w:tcMar>
              <w:top w:w="100" w:type="dxa"/>
              <w:bottom w:w="100" w:type="dxa"/>
              <w:left w:w="100" w:type="dxa"/>
              <w:right w:w="10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/>
                <w:i w:val="0"/>
                <w:color w:val="FFFFFF"/>
                <w:sz w:val="27"/>
                <w:rFonts w:ascii="TH Sarabun New" w:hAnsi="TH Sarabun New" w:eastAsia="TH Sarabun New" w:cs="TH Sarabun New"/>
              </w:rPr>
              <w:t>แขวนลอย</w:t>
            </w:r>
          </w:p>
        </w:tc>
      </w:tr>
      <w:tr>
        <w:trPr>
          <w:cantSplit/>
        </w:trPr>
        <w:tc>
          <w:tcPr>
            <w:tcW w:type="dxa" w:w="1080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2569</w:t>
            </w:r>
          </w:p>
        </w:tc>
        <w:tc>
          <w:tcPr>
            <w:tcW w:type="dxa" w:w="936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1</w:t>
            </w:r>
          </w:p>
        </w:tc>
        <w:tc>
          <w:tcPr>
            <w:tcW w:type="dxa" w:w="936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ม.1/2</w:t>
            </w:r>
          </w:p>
        </w:tc>
        <w:tc>
          <w:tcPr>
            <w:tcW w:type="dxa" w:w="1224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ก21917</w:t>
            </w:r>
          </w:p>
        </w:tc>
        <w:tc>
          <w:tcPr>
            <w:tcW w:type="dxa" w:w="3024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ชุมนุมวิชาการ</w:t>
            </w:r>
          </w:p>
        </w:tc>
        <w:tc>
          <w:tcPr>
            <w:tcW w:type="dxa" w:w="2592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นางสาวเพชราภรณ์ สุวรรณวงษ์</w:t>
            </w:r>
          </w:p>
        </w:tc>
        <w:tc>
          <w:tcPr>
            <w:tcW w:type="dxa" w:w="1440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18 คน (ทั้งห้อง)</w:t>
            </w:r>
          </w:p>
        </w:tc>
        <w:tc>
          <w:tcPr>
            <w:tcW w:type="dxa" w:w="1440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-</w:t>
            </w:r>
          </w:p>
        </w:tc>
      </w:tr>
      <w:tr>
        <w:trPr>
          <w:cantSplit/>
        </w:trPr>
        <w:tc>
          <w:tcPr>
            <w:tcW w:type="dxa" w:w="1080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2569</w:t>
            </w:r>
          </w:p>
        </w:tc>
        <w:tc>
          <w:tcPr>
            <w:tcW w:type="dxa" w:w="936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1</w:t>
            </w:r>
          </w:p>
        </w:tc>
        <w:tc>
          <w:tcPr>
            <w:tcW w:type="dxa" w:w="936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ม.2/1</w:t>
            </w:r>
          </w:p>
        </w:tc>
        <w:tc>
          <w:tcPr>
            <w:tcW w:type="dxa" w:w="1224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ก22943</w:t>
            </w:r>
          </w:p>
        </w:tc>
        <w:tc>
          <w:tcPr>
            <w:tcW w:type="dxa" w:w="3024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กิจกรรมแนะแนว</w:t>
            </w:r>
          </w:p>
        </w:tc>
        <w:tc>
          <w:tcPr>
            <w:tcW w:type="dxa" w:w="2592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นางสาวเพ็ญประภา ธาตุเสถียร</w:t>
            </w:r>
          </w:p>
        </w:tc>
        <w:tc>
          <w:tcPr>
            <w:tcW w:type="dxa" w:w="1440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1 คน</w:t>
            </w:r>
          </w:p>
        </w:tc>
        <w:tc>
          <w:tcPr>
            <w:tcW w:type="dxa" w:w="1440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-</w:t>
            </w:r>
          </w:p>
        </w:tc>
      </w:tr>
      <w:tr>
        <w:trPr>
          <w:cantSplit/>
        </w:trPr>
        <w:tc>
          <w:tcPr>
            <w:tcW w:type="dxa" w:w="1080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2569</w:t>
            </w:r>
          </w:p>
        </w:tc>
        <w:tc>
          <w:tcPr>
            <w:tcW w:type="dxa" w:w="936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1</w:t>
            </w:r>
          </w:p>
        </w:tc>
        <w:tc>
          <w:tcPr>
            <w:tcW w:type="dxa" w:w="936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ม.4/3</w:t>
            </w:r>
          </w:p>
        </w:tc>
        <w:tc>
          <w:tcPr>
            <w:tcW w:type="dxa" w:w="1224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ก31905</w:t>
            </w:r>
          </w:p>
        </w:tc>
        <w:tc>
          <w:tcPr>
            <w:tcW w:type="dxa" w:w="3024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ชุมนุม</w:t>
            </w:r>
          </w:p>
        </w:tc>
        <w:tc>
          <w:tcPr>
            <w:tcW w:type="dxa" w:w="2592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นายนิรันดร พันธ์ทรัพย์</w:t>
            </w:r>
          </w:p>
        </w:tc>
        <w:tc>
          <w:tcPr>
            <w:tcW w:type="dxa" w:w="1440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14 คน (ทั้งห้อง)</w:t>
            </w:r>
          </w:p>
        </w:tc>
        <w:tc>
          <w:tcPr>
            <w:tcW w:type="dxa" w:w="1440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-</w:t>
            </w:r>
          </w:p>
        </w:tc>
      </w:tr>
      <w:tr>
        <w:trPr>
          <w:cantSplit/>
        </w:trPr>
        <w:tc>
          <w:tcPr>
            <w:tcW w:type="dxa" w:w="1080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2569</w:t>
            </w:r>
          </w:p>
        </w:tc>
        <w:tc>
          <w:tcPr>
            <w:tcW w:type="dxa" w:w="936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1</w:t>
            </w:r>
          </w:p>
        </w:tc>
        <w:tc>
          <w:tcPr>
            <w:tcW w:type="dxa" w:w="936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ม.4/3</w:t>
            </w:r>
          </w:p>
        </w:tc>
        <w:tc>
          <w:tcPr>
            <w:tcW w:type="dxa" w:w="1224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ก30942</w:t>
            </w:r>
          </w:p>
        </w:tc>
        <w:tc>
          <w:tcPr>
            <w:tcW w:type="dxa" w:w="3024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ผู้บำเพ็ญประโยชน์</w:t>
            </w:r>
          </w:p>
        </w:tc>
        <w:tc>
          <w:tcPr>
            <w:tcW w:type="dxa" w:w="2592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นางสาวเพ็ญประภา ธาตุเสถียร</w:t>
            </w:r>
          </w:p>
        </w:tc>
        <w:tc>
          <w:tcPr>
            <w:tcW w:type="dxa" w:w="1440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-</w:t>
            </w:r>
          </w:p>
        </w:tc>
        <w:tc>
          <w:tcPr>
            <w:tcW w:type="dxa" w:w="1440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1 คน (ธีระโชค)</w:t>
            </w:r>
          </w:p>
        </w:tc>
      </w:tr>
      <w:tr>
        <w:trPr>
          <w:cantSplit/>
        </w:trPr>
        <w:tc>
          <w:tcPr>
            <w:tcW w:type="dxa" w:w="1080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2569</w:t>
            </w:r>
          </w:p>
        </w:tc>
        <w:tc>
          <w:tcPr>
            <w:tcW w:type="dxa" w:w="936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1</w:t>
            </w:r>
          </w:p>
        </w:tc>
        <w:tc>
          <w:tcPr>
            <w:tcW w:type="dxa" w:w="936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ม.4/3</w:t>
            </w:r>
          </w:p>
        </w:tc>
        <w:tc>
          <w:tcPr>
            <w:tcW w:type="dxa" w:w="1224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ก31903</w:t>
            </w:r>
          </w:p>
        </w:tc>
        <w:tc>
          <w:tcPr>
            <w:tcW w:type="dxa" w:w="3024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กิจกรรมเพื่อสังคมและสาธารณประโยชน์</w:t>
            </w:r>
          </w:p>
        </w:tc>
        <w:tc>
          <w:tcPr>
            <w:tcW w:type="dxa" w:w="2592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นางสาวเพ็ญประภา ธาตุเสถียร</w:t>
            </w:r>
          </w:p>
        </w:tc>
        <w:tc>
          <w:tcPr>
            <w:tcW w:type="dxa" w:w="1440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-</w:t>
            </w:r>
          </w:p>
        </w:tc>
        <w:tc>
          <w:tcPr>
            <w:tcW w:type="dxa" w:w="1440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1 คน (ธีระโชค)</w:t>
            </w:r>
          </w:p>
        </w:tc>
      </w:tr>
      <w:tr>
        <w:trPr>
          <w:cantSplit/>
        </w:trPr>
        <w:tc>
          <w:tcPr>
            <w:tcW w:type="dxa" w:w="1080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2569</w:t>
            </w:r>
          </w:p>
        </w:tc>
        <w:tc>
          <w:tcPr>
            <w:tcW w:type="dxa" w:w="936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1</w:t>
            </w:r>
          </w:p>
        </w:tc>
        <w:tc>
          <w:tcPr>
            <w:tcW w:type="dxa" w:w="936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ม.5/1</w:t>
            </w:r>
          </w:p>
        </w:tc>
        <w:tc>
          <w:tcPr>
            <w:tcW w:type="dxa" w:w="1224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ก32901</w:t>
            </w:r>
          </w:p>
        </w:tc>
        <w:tc>
          <w:tcPr>
            <w:tcW w:type="dxa" w:w="3024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ชุมนุม</w:t>
            </w:r>
          </w:p>
        </w:tc>
        <w:tc>
          <w:tcPr>
            <w:tcW w:type="dxa" w:w="2592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นางสาววิลาวัลย์ โสภาอุทก</w:t>
            </w:r>
          </w:p>
        </w:tc>
        <w:tc>
          <w:tcPr>
            <w:tcW w:type="dxa" w:w="1440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16 คน (ทั้งห้อง)</w:t>
            </w:r>
          </w:p>
        </w:tc>
        <w:tc>
          <w:tcPr>
            <w:tcW w:type="dxa" w:w="1440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-</w:t>
            </w:r>
          </w:p>
        </w:tc>
      </w:tr>
      <w:tr>
        <w:trPr>
          <w:cantSplit/>
        </w:trPr>
        <w:tc>
          <w:tcPr>
            <w:tcW w:type="dxa" w:w="1080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2569</w:t>
            </w:r>
          </w:p>
        </w:tc>
        <w:tc>
          <w:tcPr>
            <w:tcW w:type="dxa" w:w="936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1</w:t>
            </w:r>
          </w:p>
        </w:tc>
        <w:tc>
          <w:tcPr>
            <w:tcW w:type="dxa" w:w="936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ม.5/1</w:t>
            </w:r>
          </w:p>
        </w:tc>
        <w:tc>
          <w:tcPr>
            <w:tcW w:type="dxa" w:w="1224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ก32902</w:t>
            </w:r>
          </w:p>
        </w:tc>
        <w:tc>
          <w:tcPr>
            <w:tcW w:type="dxa" w:w="3024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กิจกรรมเพื่อสังคมและสาธารณประโยชน์</w:t>
            </w:r>
          </w:p>
        </w:tc>
        <w:tc>
          <w:tcPr>
            <w:tcW w:type="dxa" w:w="2592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นางสาวเพ็ญประภา ธาตุเสถียร</w:t>
            </w:r>
          </w:p>
        </w:tc>
        <w:tc>
          <w:tcPr>
            <w:tcW w:type="dxa" w:w="1440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16 คน (ทั้งห้อง)</w:t>
            </w:r>
          </w:p>
        </w:tc>
        <w:tc>
          <w:tcPr>
            <w:tcW w:type="dxa" w:w="1440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-</w:t>
            </w:r>
          </w:p>
        </w:tc>
      </w:tr>
    </w:tbl>
    <w:p>
      <w:pPr>
        <w:spacing w:before="280" w:after="120" w:line="276" w:lineRule="auto"/>
        <w:jc w:val="left"/>
      </w:pPr>
      <w:r>
        <w:rPr>
          <w:rFonts w:ascii="TH Sarabun New" w:hAnsi="TH Sarabun New"/>
          <w:b/>
          <w:i w:val="0"/>
          <w:color w:val="1B365D"/>
          <w:sz w:val="34"/>
          <w:rFonts w:ascii="TH Sarabun New" w:hAnsi="TH Sarabun New" w:eastAsia="TH Sarabun New" w:cs="TH Sarabun New"/>
        </w:rPr>
        <w:t>6. การประเมินรายวิชาการ ปีการศึกษา 2569 (ภาคเรียนที่ 1) แจกแจงทุกรายวิชา</w:t>
      </w:r>
    </w:p>
    <w:p>
      <w:pPr>
        <w:spacing w:before="0" w:after="80" w:line="276" w:lineRule="auto"/>
        <w:jc w:val="left"/>
      </w:pPr>
      <w:r>
        <w:t xml:space="preserve">ตารางแจกแจงรายวิชาการทั้งหมด 17 รายการ ในภาคเรียนที่ 1 ปีการศึกษา 2569 ที่พบว่าไม่มีผลการประเมิน </w:t>
      </w:r>
      <w:r>
        <w:rPr>
          <w:rFonts w:ascii="TH Sarabun New" w:hAnsi="TH Sarabun New"/>
          <w:b/>
          <w:i w:val="0"/>
          <w:color w:val="008000"/>
          <w:sz w:val="30"/>
          <w:rFonts w:ascii="TH Sarabun New" w:hAnsi="TH Sarabun New" w:eastAsia="TH Sarabun New" w:cs="TH Sarabun New"/>
        </w:rPr>
        <w:t>ซึ่งเมื่อตรวจสอบรายบุคคล พบว่าเกิดจากนักเรียนกลุ่มแขวนลอย/ลาออก 100% เต็ม (ไม่มีนักเรียนปกติค้างประเมิน):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3D3D3"/>
          <w:bottom w:val="single" w:sz="6" w:space="0" w:color="D3D3D3"/>
          <w:left w:val="none"/>
          <w:right w:val="none"/>
          <w:insideH w:val="single" w:sz="4" w:space="0" w:color="E0E0E0"/>
          <w:insideV w:val="none"/>
        </w:tblBorders>
      </w:tblPr>
      <w:tblGrid>
        <w:gridCol w:w="1168"/>
        <w:gridCol w:w="1168"/>
        <w:gridCol w:w="1168"/>
        <w:gridCol w:w="1168"/>
        <w:gridCol w:w="1168"/>
        <w:gridCol w:w="1168"/>
        <w:gridCol w:w="1168"/>
        <w:gridCol w:w="1168"/>
        <w:gridCol w:w="1168"/>
      </w:tblGrid>
      <w:tr>
        <w:trPr>
          <w:tblHeader/>
        </w:trPr>
        <w:tc>
          <w:tcPr>
            <w:tcW w:type="dxa" w:w="1008"/>
            <w:shd w:fill="2F5597"/>
            <w:tcMar>
              <w:top w:w="100" w:type="dxa"/>
              <w:bottom w:w="100" w:type="dxa"/>
              <w:left w:w="100" w:type="dxa"/>
              <w:right w:w="10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/>
                <w:i w:val="0"/>
                <w:color w:val="FFFFFF"/>
                <w:sz w:val="27"/>
                <w:rFonts w:ascii="TH Sarabun New" w:hAnsi="TH Sarabun New" w:eastAsia="TH Sarabun New" w:cs="TH Sarabun New"/>
              </w:rPr>
              <w:t>ปีการศึกษา</w:t>
            </w:r>
          </w:p>
        </w:tc>
        <w:tc>
          <w:tcPr>
            <w:tcW w:type="dxa" w:w="864"/>
            <w:shd w:fill="2F5597"/>
            <w:tcMar>
              <w:top w:w="100" w:type="dxa"/>
              <w:bottom w:w="100" w:type="dxa"/>
              <w:left w:w="100" w:type="dxa"/>
              <w:right w:w="10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/>
                <w:i w:val="0"/>
                <w:color w:val="FFFFFF"/>
                <w:sz w:val="27"/>
                <w:rFonts w:ascii="TH Sarabun New" w:hAnsi="TH Sarabun New" w:eastAsia="TH Sarabun New" w:cs="TH Sarabun New"/>
              </w:rPr>
              <w:t>ภาคเรียน</w:t>
            </w:r>
          </w:p>
        </w:tc>
        <w:tc>
          <w:tcPr>
            <w:tcW w:type="dxa" w:w="864"/>
            <w:shd w:fill="2F5597"/>
            <w:tcMar>
              <w:top w:w="100" w:type="dxa"/>
              <w:bottom w:w="100" w:type="dxa"/>
              <w:left w:w="100" w:type="dxa"/>
              <w:right w:w="10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/>
                <w:i w:val="0"/>
                <w:color w:val="FFFFFF"/>
                <w:sz w:val="27"/>
                <w:rFonts w:ascii="TH Sarabun New" w:hAnsi="TH Sarabun New" w:eastAsia="TH Sarabun New" w:cs="TH Sarabun New"/>
              </w:rPr>
              <w:t>ชั้น</w:t>
            </w:r>
          </w:p>
        </w:tc>
        <w:tc>
          <w:tcPr>
            <w:tcW w:type="dxa" w:w="1080"/>
            <w:shd w:fill="2F5597"/>
            <w:tcMar>
              <w:top w:w="100" w:type="dxa"/>
              <w:bottom w:w="100" w:type="dxa"/>
              <w:left w:w="100" w:type="dxa"/>
              <w:right w:w="10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/>
                <w:i w:val="0"/>
                <w:color w:val="FFFFFF"/>
                <w:sz w:val="27"/>
                <w:rFonts w:ascii="TH Sarabun New" w:hAnsi="TH Sarabun New" w:eastAsia="TH Sarabun New" w:cs="TH Sarabun New"/>
              </w:rPr>
              <w:t>รหัสวิชา</w:t>
            </w:r>
          </w:p>
        </w:tc>
        <w:tc>
          <w:tcPr>
            <w:tcW w:type="dxa" w:w="2376"/>
            <w:shd w:fill="2F5597"/>
            <w:tcMar>
              <w:top w:w="100" w:type="dxa"/>
              <w:bottom w:w="100" w:type="dxa"/>
              <w:left w:w="100" w:type="dxa"/>
              <w:right w:w="10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/>
                <w:i w:val="0"/>
                <w:color w:val="FFFFFF"/>
                <w:sz w:val="27"/>
                <w:rFonts w:ascii="TH Sarabun New" w:hAnsi="TH Sarabun New" w:eastAsia="TH Sarabun New" w:cs="TH Sarabun New"/>
              </w:rPr>
              <w:t>ชื่อวิชา</w:t>
            </w:r>
          </w:p>
        </w:tc>
        <w:tc>
          <w:tcPr>
            <w:tcW w:type="dxa" w:w="2088"/>
            <w:shd w:fill="2F5597"/>
            <w:tcMar>
              <w:top w:w="100" w:type="dxa"/>
              <w:bottom w:w="100" w:type="dxa"/>
              <w:left w:w="100" w:type="dxa"/>
              <w:right w:w="10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/>
                <w:i w:val="0"/>
                <w:color w:val="FFFFFF"/>
                <w:sz w:val="27"/>
                <w:rFonts w:ascii="TH Sarabun New" w:hAnsi="TH Sarabun New" w:eastAsia="TH Sarabun New" w:cs="TH Sarabun New"/>
              </w:rPr>
              <w:t>ครูผู้สอน</w:t>
            </w:r>
          </w:p>
        </w:tc>
        <w:tc>
          <w:tcPr>
            <w:tcW w:type="dxa" w:w="1080"/>
            <w:shd w:fill="2F5597"/>
            <w:tcMar>
              <w:top w:w="100" w:type="dxa"/>
              <w:bottom w:w="100" w:type="dxa"/>
              <w:left w:w="100" w:type="dxa"/>
              <w:right w:w="10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/>
                <w:i w:val="0"/>
                <w:color w:val="FFFFFF"/>
                <w:sz w:val="27"/>
                <w:rFonts w:ascii="TH Sarabun New" w:hAnsi="TH Sarabun New" w:eastAsia="TH Sarabun New" w:cs="TH Sarabun New"/>
              </w:rPr>
              <w:t>รหัสนักเรียน</w:t>
            </w:r>
          </w:p>
        </w:tc>
        <w:tc>
          <w:tcPr>
            <w:tcW w:type="dxa" w:w="1872"/>
            <w:shd w:fill="2F5597"/>
            <w:tcMar>
              <w:top w:w="100" w:type="dxa"/>
              <w:bottom w:w="100" w:type="dxa"/>
              <w:left w:w="100" w:type="dxa"/>
              <w:right w:w="10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/>
                <w:i w:val="0"/>
                <w:color w:val="FFFFFF"/>
                <w:sz w:val="27"/>
                <w:rFonts w:ascii="TH Sarabun New" w:hAnsi="TH Sarabun New" w:eastAsia="TH Sarabun New" w:cs="TH Sarabun New"/>
              </w:rPr>
              <w:t>ชื่อ - นามสกุล</w:t>
            </w:r>
          </w:p>
        </w:tc>
        <w:tc>
          <w:tcPr>
            <w:tcW w:type="dxa" w:w="1440"/>
            <w:shd w:fill="2F5597"/>
            <w:tcMar>
              <w:top w:w="100" w:type="dxa"/>
              <w:bottom w:w="100" w:type="dxa"/>
              <w:left w:w="100" w:type="dxa"/>
              <w:right w:w="10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/>
                <w:i w:val="0"/>
                <w:color w:val="FFFFFF"/>
                <w:sz w:val="27"/>
                <w:rFonts w:ascii="TH Sarabun New" w:hAnsi="TH Sarabun New" w:eastAsia="TH Sarabun New" w:cs="TH Sarabun New"/>
              </w:rPr>
              <w:t>สถานะนักเรียน</w:t>
            </w:r>
          </w:p>
        </w:tc>
      </w:tr>
      <w:tr>
        <w:trPr>
          <w:cantSplit/>
        </w:trPr>
        <w:tc>
          <w:tcPr>
            <w:tcW w:type="dxa" w:w="1008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2569</w:t>
            </w:r>
          </w:p>
        </w:tc>
        <w:tc>
          <w:tcPr>
            <w:tcW w:type="dxa" w:w="864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1</w:t>
            </w:r>
          </w:p>
        </w:tc>
        <w:tc>
          <w:tcPr>
            <w:tcW w:type="dxa" w:w="864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ม.2/2</w:t>
            </w:r>
          </w:p>
        </w:tc>
        <w:tc>
          <w:tcPr>
            <w:tcW w:type="dxa" w:w="1080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ท22201</w:t>
            </w:r>
          </w:p>
        </w:tc>
        <w:tc>
          <w:tcPr>
            <w:tcW w:type="dxa" w:w="2376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เสริมทักษะการเขียนร้อยแก้ว</w:t>
            </w:r>
          </w:p>
        </w:tc>
        <w:tc>
          <w:tcPr>
            <w:tcW w:type="dxa" w:w="2088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นางสาววิลาวัณย์ ลาแพงศรี</w:t>
            </w:r>
          </w:p>
        </w:tc>
        <w:tc>
          <w:tcPr>
            <w:tcW w:type="dxa" w:w="1080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03502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ด.ญ.เพ็ญนภา พรมวงษา</w:t>
            </w:r>
          </w:p>
        </w:tc>
        <w:tc>
          <w:tcPr>
            <w:tcW w:type="dxa" w:w="1440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แขวนลอย / ย้าย</w:t>
            </w:r>
          </w:p>
        </w:tc>
      </w:tr>
      <w:tr>
        <w:trPr>
          <w:cantSplit/>
        </w:trPr>
        <w:tc>
          <w:tcPr>
            <w:tcW w:type="dxa" w:w="1008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2569</w:t>
            </w:r>
          </w:p>
        </w:tc>
        <w:tc>
          <w:tcPr>
            <w:tcW w:type="dxa" w:w="864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1</w:t>
            </w:r>
          </w:p>
        </w:tc>
        <w:tc>
          <w:tcPr>
            <w:tcW w:type="dxa" w:w="864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ม.3/2</w:t>
            </w:r>
          </w:p>
        </w:tc>
        <w:tc>
          <w:tcPr>
            <w:tcW w:type="dxa" w:w="1080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ท23101</w:t>
            </w:r>
          </w:p>
        </w:tc>
        <w:tc>
          <w:tcPr>
            <w:tcW w:type="dxa" w:w="2376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ภาษาไทย 5</w:t>
            </w:r>
          </w:p>
        </w:tc>
        <w:tc>
          <w:tcPr>
            <w:tcW w:type="dxa" w:w="2088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นางสาววณัฐธิดา ไชยมานันต์</w:t>
            </w:r>
          </w:p>
        </w:tc>
        <w:tc>
          <w:tcPr>
            <w:tcW w:type="dxa" w:w="1080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03403</w:t>
            </w:r>
          </w:p>
        </w:tc>
        <w:tc>
          <w:tcPr>
            <w:tcW w:type="dxa" w:w="1872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ด.ญ.สุกรรณญา นารีดอกไม้</w:t>
            </w:r>
          </w:p>
        </w:tc>
        <w:tc>
          <w:tcPr>
            <w:tcW w:type="dxa" w:w="1440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แขวนลอย</w:t>
            </w:r>
          </w:p>
        </w:tc>
      </w:tr>
      <w:tr>
        <w:trPr>
          <w:cantSplit/>
        </w:trPr>
        <w:tc>
          <w:tcPr>
            <w:tcW w:type="dxa" w:w="1008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2569</w:t>
            </w:r>
          </w:p>
        </w:tc>
        <w:tc>
          <w:tcPr>
            <w:tcW w:type="dxa" w:w="864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1</w:t>
            </w:r>
          </w:p>
        </w:tc>
        <w:tc>
          <w:tcPr>
            <w:tcW w:type="dxa" w:w="864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ม.4/3</w:t>
            </w:r>
          </w:p>
        </w:tc>
        <w:tc>
          <w:tcPr>
            <w:tcW w:type="dxa" w:w="1080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ท31101</w:t>
            </w:r>
          </w:p>
        </w:tc>
        <w:tc>
          <w:tcPr>
            <w:tcW w:type="dxa" w:w="2376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ภาษาไทย 1</w:t>
            </w:r>
          </w:p>
        </w:tc>
        <w:tc>
          <w:tcPr>
            <w:tcW w:type="dxa" w:w="2088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นางสาววิลาวัณย์ ลาแพงศรี</w:t>
            </w:r>
          </w:p>
        </w:tc>
        <w:tc>
          <w:tcPr>
            <w:tcW w:type="dxa" w:w="1080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03344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นายธีระโชค ลาดน้อย</w:t>
            </w:r>
          </w:p>
        </w:tc>
        <w:tc>
          <w:tcPr>
            <w:tcW w:type="dxa" w:w="1440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ลาออก / แขวนลอย</w:t>
            </w:r>
          </w:p>
        </w:tc>
      </w:tr>
      <w:tr>
        <w:trPr>
          <w:cantSplit/>
        </w:trPr>
        <w:tc>
          <w:tcPr>
            <w:tcW w:type="dxa" w:w="1008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2569</w:t>
            </w:r>
          </w:p>
        </w:tc>
        <w:tc>
          <w:tcPr>
            <w:tcW w:type="dxa" w:w="864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1</w:t>
            </w:r>
          </w:p>
        </w:tc>
        <w:tc>
          <w:tcPr>
            <w:tcW w:type="dxa" w:w="864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ม.4/3</w:t>
            </w:r>
          </w:p>
        </w:tc>
        <w:tc>
          <w:tcPr>
            <w:tcW w:type="dxa" w:w="1080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ว31102</w:t>
            </w:r>
          </w:p>
        </w:tc>
        <w:tc>
          <w:tcPr>
            <w:tcW w:type="dxa" w:w="2376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การออกแบบและเทคโนโลยี 1</w:t>
            </w:r>
          </w:p>
        </w:tc>
        <w:tc>
          <w:tcPr>
            <w:tcW w:type="dxa" w:w="2088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นางสาวพัชญ์ชิสา อภิกุลวราศิษฐ์</w:t>
            </w:r>
          </w:p>
        </w:tc>
        <w:tc>
          <w:tcPr>
            <w:tcW w:type="dxa" w:w="1080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03344</w:t>
            </w:r>
          </w:p>
        </w:tc>
        <w:tc>
          <w:tcPr>
            <w:tcW w:type="dxa" w:w="1872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นายธีระโชค ลาดน้อย</w:t>
            </w:r>
          </w:p>
        </w:tc>
        <w:tc>
          <w:tcPr>
            <w:tcW w:type="dxa" w:w="1440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ลาออก / แขวนลอย</w:t>
            </w:r>
          </w:p>
        </w:tc>
      </w:tr>
      <w:tr>
        <w:trPr>
          <w:cantSplit/>
        </w:trPr>
        <w:tc>
          <w:tcPr>
            <w:tcW w:type="dxa" w:w="1008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2569</w:t>
            </w:r>
          </w:p>
        </w:tc>
        <w:tc>
          <w:tcPr>
            <w:tcW w:type="dxa" w:w="864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1</w:t>
            </w:r>
          </w:p>
        </w:tc>
        <w:tc>
          <w:tcPr>
            <w:tcW w:type="dxa" w:w="864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ม.4/3</w:t>
            </w:r>
          </w:p>
        </w:tc>
        <w:tc>
          <w:tcPr>
            <w:tcW w:type="dxa" w:w="1080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ส31102</w:t>
            </w:r>
          </w:p>
        </w:tc>
        <w:tc>
          <w:tcPr>
            <w:tcW w:type="dxa" w:w="2376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ประวัติศาสตร์ 1</w:t>
            </w:r>
          </w:p>
        </w:tc>
        <w:tc>
          <w:tcPr>
            <w:tcW w:type="dxa" w:w="2088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นางสาวณัฐวิภา รัตนะ</w:t>
            </w:r>
          </w:p>
        </w:tc>
        <w:tc>
          <w:tcPr>
            <w:tcW w:type="dxa" w:w="1080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03344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นายธีระโชค ลาดน้อย</w:t>
            </w:r>
          </w:p>
        </w:tc>
        <w:tc>
          <w:tcPr>
            <w:tcW w:type="dxa" w:w="1440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ลาออก / แขวนลอย</w:t>
            </w:r>
          </w:p>
        </w:tc>
      </w:tr>
      <w:tr>
        <w:trPr>
          <w:cantSplit/>
        </w:trPr>
        <w:tc>
          <w:tcPr>
            <w:tcW w:type="dxa" w:w="1008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2569</w:t>
            </w:r>
          </w:p>
        </w:tc>
        <w:tc>
          <w:tcPr>
            <w:tcW w:type="dxa" w:w="864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1</w:t>
            </w:r>
          </w:p>
        </w:tc>
        <w:tc>
          <w:tcPr>
            <w:tcW w:type="dxa" w:w="864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ม.4/3</w:t>
            </w:r>
          </w:p>
        </w:tc>
        <w:tc>
          <w:tcPr>
            <w:tcW w:type="dxa" w:w="1080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ส31251</w:t>
            </w:r>
          </w:p>
        </w:tc>
        <w:tc>
          <w:tcPr>
            <w:tcW w:type="dxa" w:w="2376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การป้องกันการทุจริต 1</w:t>
            </w:r>
          </w:p>
        </w:tc>
        <w:tc>
          <w:tcPr>
            <w:tcW w:type="dxa" w:w="2088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นายจตุรวิทย์ วงละคร</w:t>
            </w:r>
          </w:p>
        </w:tc>
        <w:tc>
          <w:tcPr>
            <w:tcW w:type="dxa" w:w="1080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03344</w:t>
            </w:r>
          </w:p>
        </w:tc>
        <w:tc>
          <w:tcPr>
            <w:tcW w:type="dxa" w:w="1872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นายธีระโชค ลาดน้อย</w:t>
            </w:r>
          </w:p>
        </w:tc>
        <w:tc>
          <w:tcPr>
            <w:tcW w:type="dxa" w:w="1440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ลาออก / แขวนลอย</w:t>
            </w:r>
          </w:p>
        </w:tc>
      </w:tr>
      <w:tr>
        <w:trPr>
          <w:cantSplit/>
        </w:trPr>
        <w:tc>
          <w:tcPr>
            <w:tcW w:type="dxa" w:w="1008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2569</w:t>
            </w:r>
          </w:p>
        </w:tc>
        <w:tc>
          <w:tcPr>
            <w:tcW w:type="dxa" w:w="864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1</w:t>
            </w:r>
          </w:p>
        </w:tc>
        <w:tc>
          <w:tcPr>
            <w:tcW w:type="dxa" w:w="864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ม.4/3</w:t>
            </w:r>
          </w:p>
        </w:tc>
        <w:tc>
          <w:tcPr>
            <w:tcW w:type="dxa" w:w="1080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พ31101</w:t>
            </w:r>
          </w:p>
        </w:tc>
        <w:tc>
          <w:tcPr>
            <w:tcW w:type="dxa" w:w="2376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สุขศึกษาและพลศึกษา 1</w:t>
            </w:r>
          </w:p>
        </w:tc>
        <w:tc>
          <w:tcPr>
            <w:tcW w:type="dxa" w:w="2088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นายวีระพงษ์ บุตรสีทัด</w:t>
            </w:r>
          </w:p>
        </w:tc>
        <w:tc>
          <w:tcPr>
            <w:tcW w:type="dxa" w:w="1080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03344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นายธีระโชค ลาดน้อย</w:t>
            </w:r>
          </w:p>
        </w:tc>
        <w:tc>
          <w:tcPr>
            <w:tcW w:type="dxa" w:w="1440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ลาออก / แขวนลอย</w:t>
            </w:r>
          </w:p>
        </w:tc>
      </w:tr>
      <w:tr>
        <w:trPr>
          <w:cantSplit/>
        </w:trPr>
        <w:tc>
          <w:tcPr>
            <w:tcW w:type="dxa" w:w="1008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2569</w:t>
            </w:r>
          </w:p>
        </w:tc>
        <w:tc>
          <w:tcPr>
            <w:tcW w:type="dxa" w:w="864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1</w:t>
            </w:r>
          </w:p>
        </w:tc>
        <w:tc>
          <w:tcPr>
            <w:tcW w:type="dxa" w:w="864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ม.4/3</w:t>
            </w:r>
          </w:p>
        </w:tc>
        <w:tc>
          <w:tcPr>
            <w:tcW w:type="dxa" w:w="1080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ง31291</w:t>
            </w:r>
          </w:p>
        </w:tc>
        <w:tc>
          <w:tcPr>
            <w:tcW w:type="dxa" w:w="2376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เขียนแบบเทคนิคเบื้องต้น</w:t>
            </w:r>
          </w:p>
        </w:tc>
        <w:tc>
          <w:tcPr>
            <w:tcW w:type="dxa" w:w="2088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นายจตุรวิทย์ วงละคร</w:t>
            </w:r>
          </w:p>
        </w:tc>
        <w:tc>
          <w:tcPr>
            <w:tcW w:type="dxa" w:w="1080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03344</w:t>
            </w:r>
          </w:p>
        </w:tc>
        <w:tc>
          <w:tcPr>
            <w:tcW w:type="dxa" w:w="1872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นายธีระโชค ลาดน้อย</w:t>
            </w:r>
          </w:p>
        </w:tc>
        <w:tc>
          <w:tcPr>
            <w:tcW w:type="dxa" w:w="1440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ลาออก / แขวนลอย</w:t>
            </w:r>
          </w:p>
        </w:tc>
      </w:tr>
      <w:tr>
        <w:trPr>
          <w:cantSplit/>
        </w:trPr>
        <w:tc>
          <w:tcPr>
            <w:tcW w:type="dxa" w:w="1008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2569</w:t>
            </w:r>
          </w:p>
        </w:tc>
        <w:tc>
          <w:tcPr>
            <w:tcW w:type="dxa" w:w="864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1</w:t>
            </w:r>
          </w:p>
        </w:tc>
        <w:tc>
          <w:tcPr>
            <w:tcW w:type="dxa" w:w="864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ม.4/3</w:t>
            </w:r>
          </w:p>
        </w:tc>
        <w:tc>
          <w:tcPr>
            <w:tcW w:type="dxa" w:w="1080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ง31293</w:t>
            </w:r>
          </w:p>
        </w:tc>
        <w:tc>
          <w:tcPr>
            <w:tcW w:type="dxa" w:w="2376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งานวัดละเอียดช่างยนต์</w:t>
            </w:r>
          </w:p>
        </w:tc>
        <w:tc>
          <w:tcPr>
            <w:tcW w:type="dxa" w:w="2088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นายจตุรวิทย์ วงละคร</w:t>
            </w:r>
          </w:p>
        </w:tc>
        <w:tc>
          <w:tcPr>
            <w:tcW w:type="dxa" w:w="1080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03344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นายธีระโชค ลาดน้อย</w:t>
            </w:r>
          </w:p>
        </w:tc>
        <w:tc>
          <w:tcPr>
            <w:tcW w:type="dxa" w:w="1440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ลาออก / แขวนลอย</w:t>
            </w:r>
          </w:p>
        </w:tc>
      </w:tr>
      <w:tr>
        <w:trPr>
          <w:cantSplit/>
        </w:trPr>
        <w:tc>
          <w:tcPr>
            <w:tcW w:type="dxa" w:w="1008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2569</w:t>
            </w:r>
          </w:p>
        </w:tc>
        <w:tc>
          <w:tcPr>
            <w:tcW w:type="dxa" w:w="864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1</w:t>
            </w:r>
          </w:p>
        </w:tc>
        <w:tc>
          <w:tcPr>
            <w:tcW w:type="dxa" w:w="864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ม.4/3</w:t>
            </w:r>
          </w:p>
        </w:tc>
        <w:tc>
          <w:tcPr>
            <w:tcW w:type="dxa" w:w="1080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ง31295</w:t>
            </w:r>
          </w:p>
        </w:tc>
        <w:tc>
          <w:tcPr>
            <w:tcW w:type="dxa" w:w="2376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งานเครื่องยนต์เล็ก</w:t>
            </w:r>
          </w:p>
        </w:tc>
        <w:tc>
          <w:tcPr>
            <w:tcW w:type="dxa" w:w="2088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นายจตุรวิทย์ วงละคร</w:t>
            </w:r>
          </w:p>
        </w:tc>
        <w:tc>
          <w:tcPr>
            <w:tcW w:type="dxa" w:w="1080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03344</w:t>
            </w:r>
          </w:p>
        </w:tc>
        <w:tc>
          <w:tcPr>
            <w:tcW w:type="dxa" w:w="1872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นายธีระโชค ลาดน้อย</w:t>
            </w:r>
          </w:p>
        </w:tc>
        <w:tc>
          <w:tcPr>
            <w:tcW w:type="dxa" w:w="1440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ลาออก / แขวนลอย</w:t>
            </w:r>
          </w:p>
        </w:tc>
      </w:tr>
      <w:tr>
        <w:trPr>
          <w:cantSplit/>
        </w:trPr>
        <w:tc>
          <w:tcPr>
            <w:tcW w:type="dxa" w:w="1008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2569</w:t>
            </w:r>
          </w:p>
        </w:tc>
        <w:tc>
          <w:tcPr>
            <w:tcW w:type="dxa" w:w="864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1</w:t>
            </w:r>
          </w:p>
        </w:tc>
        <w:tc>
          <w:tcPr>
            <w:tcW w:type="dxa" w:w="864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ม.4/3</w:t>
            </w:r>
          </w:p>
        </w:tc>
        <w:tc>
          <w:tcPr>
            <w:tcW w:type="dxa" w:w="1080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ง31297</w:t>
            </w:r>
          </w:p>
        </w:tc>
        <w:tc>
          <w:tcPr>
            <w:tcW w:type="dxa" w:w="2376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งานบำรุงรักษารถยนต์</w:t>
            </w:r>
          </w:p>
        </w:tc>
        <w:tc>
          <w:tcPr>
            <w:tcW w:type="dxa" w:w="2088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นายจตุรวิทย์ วงละคร</w:t>
            </w:r>
          </w:p>
        </w:tc>
        <w:tc>
          <w:tcPr>
            <w:tcW w:type="dxa" w:w="1080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03344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นายธีระโชค ลาดน้อย</w:t>
            </w:r>
          </w:p>
        </w:tc>
        <w:tc>
          <w:tcPr>
            <w:tcW w:type="dxa" w:w="1440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ลาออก / แขวนลอย</w:t>
            </w:r>
          </w:p>
        </w:tc>
      </w:tr>
      <w:tr>
        <w:trPr>
          <w:cantSplit/>
        </w:trPr>
        <w:tc>
          <w:tcPr>
            <w:tcW w:type="dxa" w:w="1008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2569</w:t>
            </w:r>
          </w:p>
        </w:tc>
        <w:tc>
          <w:tcPr>
            <w:tcW w:type="dxa" w:w="864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1</w:t>
            </w:r>
          </w:p>
        </w:tc>
        <w:tc>
          <w:tcPr>
            <w:tcW w:type="dxa" w:w="864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ม.4/3</w:t>
            </w:r>
          </w:p>
        </w:tc>
        <w:tc>
          <w:tcPr>
            <w:tcW w:type="dxa" w:w="1080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ง31299</w:t>
            </w:r>
          </w:p>
        </w:tc>
        <w:tc>
          <w:tcPr>
            <w:tcW w:type="dxa" w:w="2376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เชื้อเพลิงและวัสดุหล่อลื่น</w:t>
            </w:r>
          </w:p>
        </w:tc>
        <w:tc>
          <w:tcPr>
            <w:tcW w:type="dxa" w:w="2088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นายจตุรวิทย์ วงละคร</w:t>
            </w:r>
          </w:p>
        </w:tc>
        <w:tc>
          <w:tcPr>
            <w:tcW w:type="dxa" w:w="1080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03344</w:t>
            </w:r>
          </w:p>
        </w:tc>
        <w:tc>
          <w:tcPr>
            <w:tcW w:type="dxa" w:w="1872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นายธีระโชค ลาดน้อย</w:t>
            </w:r>
          </w:p>
        </w:tc>
        <w:tc>
          <w:tcPr>
            <w:tcW w:type="dxa" w:w="1440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ลาออก / แขวนลอย</w:t>
            </w:r>
          </w:p>
        </w:tc>
      </w:tr>
      <w:tr>
        <w:trPr>
          <w:cantSplit/>
        </w:trPr>
        <w:tc>
          <w:tcPr>
            <w:tcW w:type="dxa" w:w="1008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2569</w:t>
            </w:r>
          </w:p>
        </w:tc>
        <w:tc>
          <w:tcPr>
            <w:tcW w:type="dxa" w:w="864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1</w:t>
            </w:r>
          </w:p>
        </w:tc>
        <w:tc>
          <w:tcPr>
            <w:tcW w:type="dxa" w:w="864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ม.4/3</w:t>
            </w:r>
          </w:p>
        </w:tc>
        <w:tc>
          <w:tcPr>
            <w:tcW w:type="dxa" w:w="1080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อ31101</w:t>
            </w:r>
          </w:p>
        </w:tc>
        <w:tc>
          <w:tcPr>
            <w:tcW w:type="dxa" w:w="2376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ภาษาอังกฤษ 1</w:t>
            </w:r>
          </w:p>
        </w:tc>
        <w:tc>
          <w:tcPr>
            <w:tcW w:type="dxa" w:w="2088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นายศุภกิตติ์ บุญวงษา</w:t>
            </w:r>
          </w:p>
        </w:tc>
        <w:tc>
          <w:tcPr>
            <w:tcW w:type="dxa" w:w="1080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03344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นายธีระโชค ลาดน้อย</w:t>
            </w:r>
          </w:p>
        </w:tc>
        <w:tc>
          <w:tcPr>
            <w:tcW w:type="dxa" w:w="1440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ลาออก / แขวนลอย</w:t>
            </w:r>
          </w:p>
        </w:tc>
      </w:tr>
      <w:tr>
        <w:trPr>
          <w:cantSplit/>
        </w:trPr>
        <w:tc>
          <w:tcPr>
            <w:tcW w:type="dxa" w:w="1008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2569</w:t>
            </w:r>
          </w:p>
        </w:tc>
        <w:tc>
          <w:tcPr>
            <w:tcW w:type="dxa" w:w="864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1</w:t>
            </w:r>
          </w:p>
        </w:tc>
        <w:tc>
          <w:tcPr>
            <w:tcW w:type="dxa" w:w="864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ม.4/3</w:t>
            </w:r>
          </w:p>
        </w:tc>
        <w:tc>
          <w:tcPr>
            <w:tcW w:type="dxa" w:w="1080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อ31211</w:t>
            </w:r>
          </w:p>
        </w:tc>
        <w:tc>
          <w:tcPr>
            <w:tcW w:type="dxa" w:w="2376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ภาษาอังกฤษเพื่อการสื่อสาร 1</w:t>
            </w:r>
          </w:p>
        </w:tc>
        <w:tc>
          <w:tcPr>
            <w:tcW w:type="dxa" w:w="2088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นางสาวช่อชัยพฤกษ์ รัตนวงศ์</w:t>
            </w:r>
          </w:p>
        </w:tc>
        <w:tc>
          <w:tcPr>
            <w:tcW w:type="dxa" w:w="1080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03344</w:t>
            </w:r>
          </w:p>
        </w:tc>
        <w:tc>
          <w:tcPr>
            <w:tcW w:type="dxa" w:w="1872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นายธีระโชค ลาดน้อย</w:t>
            </w:r>
          </w:p>
        </w:tc>
        <w:tc>
          <w:tcPr>
            <w:tcW w:type="dxa" w:w="1440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ลาออก / แขวนลอย</w:t>
            </w:r>
          </w:p>
        </w:tc>
      </w:tr>
      <w:tr>
        <w:trPr>
          <w:cantSplit/>
        </w:trPr>
        <w:tc>
          <w:tcPr>
            <w:tcW w:type="dxa" w:w="1008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2569</w:t>
            </w:r>
          </w:p>
        </w:tc>
        <w:tc>
          <w:tcPr>
            <w:tcW w:type="dxa" w:w="864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1</w:t>
            </w:r>
          </w:p>
        </w:tc>
        <w:tc>
          <w:tcPr>
            <w:tcW w:type="dxa" w:w="864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ม.4/3</w:t>
            </w:r>
          </w:p>
        </w:tc>
        <w:tc>
          <w:tcPr>
            <w:tcW w:type="dxa" w:w="1080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ส31101</w:t>
            </w:r>
          </w:p>
        </w:tc>
        <w:tc>
          <w:tcPr>
            <w:tcW w:type="dxa" w:w="2376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สังคมศึกษา 1</w:t>
            </w:r>
          </w:p>
        </w:tc>
        <w:tc>
          <w:tcPr>
            <w:tcW w:type="dxa" w:w="2088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นางสาวณัฐวิภา รัตนะ</w:t>
            </w:r>
          </w:p>
        </w:tc>
        <w:tc>
          <w:tcPr>
            <w:tcW w:type="dxa" w:w="1080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03344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นายธีระโชค ลาดน้อย</w:t>
            </w:r>
          </w:p>
        </w:tc>
        <w:tc>
          <w:tcPr>
            <w:tcW w:type="dxa" w:w="1440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ลาออก / แขวนลอย</w:t>
            </w:r>
          </w:p>
        </w:tc>
      </w:tr>
      <w:tr>
        <w:trPr>
          <w:cantSplit/>
        </w:trPr>
        <w:tc>
          <w:tcPr>
            <w:tcW w:type="dxa" w:w="1008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2569</w:t>
            </w:r>
          </w:p>
        </w:tc>
        <w:tc>
          <w:tcPr>
            <w:tcW w:type="dxa" w:w="864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1</w:t>
            </w:r>
          </w:p>
        </w:tc>
        <w:tc>
          <w:tcPr>
            <w:tcW w:type="dxa" w:w="864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ม.4/3</w:t>
            </w:r>
          </w:p>
        </w:tc>
        <w:tc>
          <w:tcPr>
            <w:tcW w:type="dxa" w:w="1080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ศ31101</w:t>
            </w:r>
          </w:p>
        </w:tc>
        <w:tc>
          <w:tcPr>
            <w:tcW w:type="dxa" w:w="2376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ศิลปะ 1</w:t>
            </w:r>
          </w:p>
        </w:tc>
        <w:tc>
          <w:tcPr>
            <w:tcW w:type="dxa" w:w="2088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นายนิรันดร พันธ์ทรัพย์</w:t>
            </w:r>
          </w:p>
        </w:tc>
        <w:tc>
          <w:tcPr>
            <w:tcW w:type="dxa" w:w="1080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03344</w:t>
            </w:r>
          </w:p>
        </w:tc>
        <w:tc>
          <w:tcPr>
            <w:tcW w:type="dxa" w:w="1872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นายธีระโชค ลาดน้อย</w:t>
            </w:r>
          </w:p>
        </w:tc>
        <w:tc>
          <w:tcPr>
            <w:tcW w:type="dxa" w:w="1440"/>
            <w:shd w:fill="F2F5F9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ลาออก / แขวนลอย</w:t>
            </w:r>
          </w:p>
        </w:tc>
      </w:tr>
      <w:tr>
        <w:trPr>
          <w:cantSplit/>
        </w:trPr>
        <w:tc>
          <w:tcPr>
            <w:tcW w:type="dxa" w:w="1008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2569</w:t>
            </w:r>
          </w:p>
        </w:tc>
        <w:tc>
          <w:tcPr>
            <w:tcW w:type="dxa" w:w="864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1</w:t>
            </w:r>
          </w:p>
        </w:tc>
        <w:tc>
          <w:tcPr>
            <w:tcW w:type="dxa" w:w="864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ม.4/3</w:t>
            </w:r>
          </w:p>
        </w:tc>
        <w:tc>
          <w:tcPr>
            <w:tcW w:type="dxa" w:w="1080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ง31101</w:t>
            </w:r>
          </w:p>
        </w:tc>
        <w:tc>
          <w:tcPr>
            <w:tcW w:type="dxa" w:w="2376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การงานอาชีพฯ 1</w:t>
            </w:r>
          </w:p>
        </w:tc>
        <w:tc>
          <w:tcPr>
            <w:tcW w:type="dxa" w:w="2088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นางสาวสุดารัตน์ เชื้อเมืองแสน</w:t>
            </w:r>
          </w:p>
        </w:tc>
        <w:tc>
          <w:tcPr>
            <w:tcW w:type="dxa" w:w="1080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03344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นายธีระโชค ลาดน้อย</w:t>
            </w:r>
          </w:p>
        </w:tc>
        <w:tc>
          <w:tcPr>
            <w:tcW w:type="dxa" w:w="1440"/>
            <w:tcMar>
              <w:top w:w="60" w:type="dxa"/>
              <w:bottom w:w="6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/>
                <w:b w:val="0"/>
                <w:i w:val="0"/>
                <w:color w:val="000000"/>
                <w:sz w:val="26"/>
                <w:rFonts w:ascii="TH Sarabun New" w:hAnsi="TH Sarabun New" w:eastAsia="TH Sarabun New" w:cs="TH Sarabun New"/>
              </w:rPr>
              <w:t>ลาออก / แขวนลอย</w:t>
            </w:r>
          </w:p>
        </w:tc>
      </w:tr>
    </w:tbl>
    <w:p>
      <w:pPr>
        <w:spacing w:before="200" w:after="160" w:line="276" w:lineRule="auto"/>
        <w:jc w:val="left"/>
      </w:pPr>
      <w:r>
        <w:rPr>
          <w:rFonts w:ascii="TH Sarabun New" w:hAnsi="TH Sarabun New"/>
          <w:b/>
          <w:i w:val="0"/>
          <w:color w:val="008000"/>
          <w:sz w:val="30"/>
          <w:rFonts w:ascii="TH Sarabun New" w:hAnsi="TH Sarabun New" w:eastAsia="TH Sarabun New" w:cs="TH Sarabun New"/>
        </w:rPr>
        <w:t>★ สรุปผลสัมฤทธิ์: สำหรับนักเรียนปกติที่เข้าเรียนจริงในปีการศึกษา 2569 ภาคเรียนที่ 1 ครูผู้สอนทุกท่านได้ทำการบันทึกผลการเรียน เกรด และผลการประเมินคุณลักษณะฯ / คิดวิเคราะห์ ครบถ้วน 100% แล้วทุกรายวิชา (ไม่มีครูผู้สอนค้างส่งงานในส่วนของนักเรียนปกติ)</w:t>
      </w:r>
    </w:p>
    <w:sectPr w:rsidR="00FC693F" w:rsidRPr="0006063C" w:rsidSect="00034616">
      <w:pgSz w:w="12240" w:h="15840"/>
      <w:pgMar w:top="1008" w:right="864" w:bottom="1008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